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21A89" w14:textId="77777777" w:rsidR="00311589" w:rsidRPr="00677708" w:rsidRDefault="003948DE">
      <w:pPr>
        <w:pStyle w:val="Untertitel"/>
        <w:jc w:val="center"/>
        <w:rPr>
          <w:rFonts w:ascii="Arial" w:eastAsia="Arial" w:hAnsi="Arial"/>
          <w:b/>
          <w:i w:val="0"/>
          <w:iCs w:val="0"/>
          <w:color w:val="333333"/>
          <w:spacing w:val="5"/>
          <w:kern w:val="28"/>
          <w:sz w:val="36"/>
          <w:szCs w:val="52"/>
          <w:lang w:val="de-AT"/>
        </w:rPr>
      </w:pPr>
      <w:r w:rsidRPr="00677708">
        <w:rPr>
          <w:rFonts w:ascii="Arial" w:eastAsia="Arial" w:hAnsi="Arial"/>
          <w:b/>
          <w:i w:val="0"/>
          <w:iCs w:val="0"/>
          <w:color w:val="333333"/>
          <w:spacing w:val="5"/>
          <w:kern w:val="28"/>
          <w:sz w:val="36"/>
          <w:szCs w:val="52"/>
          <w:lang w:val="de-AT"/>
        </w:rPr>
        <w:t>Ersuchen um schriftliche Auskunft zur angekündigten Begehung oder Kontrolle einer Liegenschaft</w:t>
      </w:r>
    </w:p>
    <w:p w14:paraId="473C8151" w14:textId="77777777" w:rsidR="00311589" w:rsidRPr="00677708" w:rsidRDefault="00311589">
      <w:pPr>
        <w:rPr>
          <w:lang w:val="de-AT"/>
        </w:rPr>
      </w:pPr>
    </w:p>
    <w:tbl>
      <w:tblPr>
        <w:tblW w:w="0" w:type="auto"/>
        <w:tblLook w:val="04A0" w:firstRow="1" w:lastRow="0" w:firstColumn="1" w:lastColumn="0" w:noHBand="0" w:noVBand="1"/>
      </w:tblPr>
      <w:tblGrid>
        <w:gridCol w:w="5216"/>
        <w:gridCol w:w="3969"/>
      </w:tblGrid>
      <w:tr w:rsidR="00311589" w14:paraId="5CFAEABB" w14:textId="77777777">
        <w:tc>
          <w:tcPr>
            <w:tcW w:w="5216" w:type="dxa"/>
            <w:tcBorders>
              <w:top w:val="nil"/>
              <w:left w:val="nil"/>
              <w:bottom w:val="nil"/>
              <w:right w:val="nil"/>
            </w:tcBorders>
          </w:tcPr>
          <w:p w14:paraId="7739DB50" w14:textId="77777777" w:rsidR="00311589" w:rsidRPr="00677708" w:rsidRDefault="003948DE">
            <w:pPr>
              <w:rPr>
                <w:lang w:val="de-AT"/>
              </w:rPr>
            </w:pPr>
            <w:r w:rsidRPr="00677708">
              <w:rPr>
                <w:b/>
                <w:color w:val="666666"/>
                <w:lang w:val="de-AT"/>
              </w:rPr>
              <w:t>[</w:t>
            </w:r>
            <w:proofErr w:type="spellStart"/>
            <w:r w:rsidRPr="00677708">
              <w:rPr>
                <w:b/>
                <w:color w:val="666666"/>
                <w:lang w:val="de-AT"/>
              </w:rPr>
              <w:t>Absender:in</w:t>
            </w:r>
            <w:proofErr w:type="spellEnd"/>
            <w:r w:rsidRPr="00677708">
              <w:rPr>
                <w:b/>
                <w:color w:val="666666"/>
                <w:lang w:val="de-AT"/>
              </w:rPr>
              <w:t>]</w:t>
            </w:r>
            <w:r w:rsidRPr="00677708">
              <w:rPr>
                <w:b/>
                <w:color w:val="666666"/>
                <w:lang w:val="de-AT"/>
              </w:rPr>
              <w:br/>
            </w:r>
            <w:r w:rsidRPr="00677708">
              <w:rPr>
                <w:i/>
                <w:color w:val="666666"/>
                <w:lang w:val="de-AT"/>
              </w:rPr>
              <w:t>[Vor- und Nachname]</w:t>
            </w:r>
            <w:r w:rsidRPr="00677708">
              <w:rPr>
                <w:i/>
                <w:color w:val="666666"/>
                <w:lang w:val="de-AT"/>
              </w:rPr>
              <w:br/>
              <w:t>[Straße und Hausnummer]</w:t>
            </w:r>
            <w:r w:rsidRPr="00677708">
              <w:rPr>
                <w:i/>
                <w:color w:val="666666"/>
                <w:lang w:val="de-AT"/>
              </w:rPr>
              <w:br/>
              <w:t>[</w:t>
            </w:r>
            <w:proofErr w:type="gramStart"/>
            <w:r w:rsidRPr="00677708">
              <w:rPr>
                <w:i/>
                <w:color w:val="666666"/>
                <w:lang w:val="de-AT"/>
              </w:rPr>
              <w:t>PLZ Ort</w:t>
            </w:r>
            <w:proofErr w:type="gramEnd"/>
            <w:r w:rsidRPr="00677708">
              <w:rPr>
                <w:i/>
                <w:color w:val="666666"/>
                <w:lang w:val="de-AT"/>
              </w:rPr>
              <w:t>]</w:t>
            </w:r>
            <w:r w:rsidRPr="00677708">
              <w:rPr>
                <w:i/>
                <w:color w:val="666666"/>
                <w:lang w:val="de-AT"/>
              </w:rPr>
              <w:br/>
              <w:t>[Telefon / E-Mail optional]</w:t>
            </w:r>
          </w:p>
        </w:tc>
        <w:tc>
          <w:tcPr>
            <w:tcW w:w="3969" w:type="dxa"/>
            <w:tcBorders>
              <w:top w:val="nil"/>
              <w:left w:val="nil"/>
              <w:bottom w:val="nil"/>
              <w:right w:val="nil"/>
            </w:tcBorders>
          </w:tcPr>
          <w:p w14:paraId="019F7292" w14:textId="77777777" w:rsidR="00311589" w:rsidRDefault="003948DE">
            <w:pPr>
              <w:jc w:val="right"/>
            </w:pPr>
            <w:r>
              <w:rPr>
                <w:i/>
                <w:color w:val="666666"/>
              </w:rPr>
              <w:t>[Ort], [Datum]</w:t>
            </w:r>
          </w:p>
        </w:tc>
      </w:tr>
    </w:tbl>
    <w:p w14:paraId="210C01C5" w14:textId="77777777" w:rsidR="00311589" w:rsidRDefault="00311589"/>
    <w:p w14:paraId="64ACAED7" w14:textId="77777777" w:rsidR="00311589" w:rsidRPr="00677708" w:rsidRDefault="003948DE">
      <w:pPr>
        <w:rPr>
          <w:lang w:val="de-AT"/>
        </w:rPr>
      </w:pPr>
      <w:r w:rsidRPr="00677708">
        <w:rPr>
          <w:b/>
          <w:color w:val="666666"/>
          <w:lang w:val="de-AT"/>
        </w:rPr>
        <w:t>[Gemeinde / zuständige Behörde]</w:t>
      </w:r>
      <w:r w:rsidRPr="00677708">
        <w:rPr>
          <w:b/>
          <w:color w:val="666666"/>
          <w:lang w:val="de-AT"/>
        </w:rPr>
        <w:br/>
      </w:r>
      <w:r w:rsidRPr="00677708">
        <w:rPr>
          <w:i/>
          <w:color w:val="666666"/>
          <w:lang w:val="de-AT"/>
        </w:rPr>
        <w:t>[Abteilung / z.H. Frau/Herr ... optional]</w:t>
      </w:r>
      <w:r w:rsidRPr="00677708">
        <w:rPr>
          <w:i/>
          <w:color w:val="666666"/>
          <w:lang w:val="de-AT"/>
        </w:rPr>
        <w:br/>
        <w:t>[Straße und Hausnummer]</w:t>
      </w:r>
      <w:r w:rsidRPr="00677708">
        <w:rPr>
          <w:i/>
          <w:color w:val="666666"/>
          <w:lang w:val="de-AT"/>
        </w:rPr>
        <w:br/>
        <w:t>[</w:t>
      </w:r>
      <w:proofErr w:type="gramStart"/>
      <w:r w:rsidRPr="00677708">
        <w:rPr>
          <w:i/>
          <w:color w:val="666666"/>
          <w:lang w:val="de-AT"/>
        </w:rPr>
        <w:t>PLZ Ort</w:t>
      </w:r>
      <w:proofErr w:type="gramEnd"/>
      <w:r w:rsidRPr="00677708">
        <w:rPr>
          <w:i/>
          <w:color w:val="666666"/>
          <w:lang w:val="de-AT"/>
        </w:rPr>
        <w:t>]</w:t>
      </w:r>
    </w:p>
    <w:p w14:paraId="4FBC6ADC" w14:textId="77777777" w:rsidR="00311589" w:rsidRPr="00677708" w:rsidRDefault="00311589">
      <w:pPr>
        <w:rPr>
          <w:lang w:val="de-AT"/>
        </w:rPr>
      </w:pPr>
    </w:p>
    <w:p w14:paraId="0A5C6453" w14:textId="77777777" w:rsidR="00311589" w:rsidRPr="00677708" w:rsidRDefault="003948DE">
      <w:pPr>
        <w:rPr>
          <w:lang w:val="de-AT"/>
        </w:rPr>
      </w:pPr>
      <w:r w:rsidRPr="00677708">
        <w:rPr>
          <w:b/>
          <w:lang w:val="de-AT"/>
        </w:rPr>
        <w:t>Betreff: Ersuchen um schriftliche Auskunft zur angekündigten Begehung / Kontrolle meiner Liegenschaft</w:t>
      </w:r>
    </w:p>
    <w:p w14:paraId="158174EF" w14:textId="77777777" w:rsidR="00311589" w:rsidRPr="00677708" w:rsidRDefault="003948DE">
      <w:pPr>
        <w:rPr>
          <w:lang w:val="de-AT"/>
        </w:rPr>
      </w:pPr>
      <w:r w:rsidRPr="00677708">
        <w:rPr>
          <w:b/>
          <w:lang w:val="de-AT"/>
        </w:rPr>
        <w:t xml:space="preserve">Liegenschaft: </w:t>
      </w:r>
      <w:r w:rsidRPr="00677708">
        <w:rPr>
          <w:i/>
          <w:color w:val="666666"/>
          <w:lang w:val="de-AT"/>
        </w:rPr>
        <w:t>[Adresse der Liegenschaft / KG / Grundstücksnummer optional]</w:t>
      </w:r>
    </w:p>
    <w:p w14:paraId="226FB1D1" w14:textId="77777777" w:rsidR="00311589" w:rsidRPr="00677708" w:rsidRDefault="00311589">
      <w:pPr>
        <w:rPr>
          <w:lang w:val="de-AT"/>
        </w:rPr>
      </w:pPr>
    </w:p>
    <w:p w14:paraId="32057339" w14:textId="77777777" w:rsidR="00311589" w:rsidRPr="00677708" w:rsidRDefault="003948DE">
      <w:pPr>
        <w:spacing w:after="160"/>
        <w:rPr>
          <w:lang w:val="de-AT"/>
        </w:rPr>
      </w:pPr>
      <w:r w:rsidRPr="00677708">
        <w:rPr>
          <w:lang w:val="de-AT"/>
        </w:rPr>
        <w:t>Sehr geehrte Damen und Herren,</w:t>
      </w:r>
    </w:p>
    <w:p w14:paraId="16221273" w14:textId="77777777" w:rsidR="00311589" w:rsidRPr="00677708" w:rsidRDefault="003948DE">
      <w:pPr>
        <w:spacing w:after="140"/>
        <w:rPr>
          <w:lang w:val="de-AT"/>
        </w:rPr>
      </w:pPr>
      <w:r w:rsidRPr="00677708">
        <w:rPr>
          <w:lang w:val="de-AT"/>
        </w:rPr>
        <w:t>im Zusammenhang mit der angekündigten Begehung bzw. Kontrolle meiner Liegenschaft ersuche ich höflich, jedoch ausdrücklich, um eine schriftliche Vorabklärung der rechtlichen Grundlage, des Zwecks, des Umfangs und der konkreten Durchführung dieser Maßnahme.</w:t>
      </w:r>
    </w:p>
    <w:p w14:paraId="342A76DB" w14:textId="77777777" w:rsidR="00311589" w:rsidRPr="00677708" w:rsidRDefault="003948DE">
      <w:pPr>
        <w:spacing w:after="140"/>
        <w:rPr>
          <w:lang w:val="de-AT"/>
        </w:rPr>
      </w:pPr>
      <w:r w:rsidRPr="00677708">
        <w:rPr>
          <w:lang w:val="de-AT"/>
        </w:rPr>
        <w:t>Selbstverständlich bin ich bereit, an einer gesetzlich gedeckten, sachlich begründeten und verhältnismäßigen Erhebung mitzuwirken. Gleichzeitig ersuche ich um Verständnis, dass eine Begehung privater Liegenschaften und Bauwerke einen Eingriff in geschützte private Bereiche darstellen kann und daher vorab klar nachvollziehbar sein muss, auf welcher Rechtsgrundlage, zu welchem konkreten Zweck und in welchem Umfang diese erfolgen soll.</w:t>
      </w:r>
    </w:p>
    <w:p w14:paraId="5C1E886C" w14:textId="77777777" w:rsidR="00311589" w:rsidRPr="00677708" w:rsidRDefault="003948DE">
      <w:pPr>
        <w:spacing w:after="140"/>
        <w:rPr>
          <w:lang w:val="de-AT"/>
        </w:rPr>
      </w:pPr>
      <w:r w:rsidRPr="00677708">
        <w:rPr>
          <w:lang w:val="de-AT"/>
        </w:rPr>
        <w:t>Ich ersuche daher um schriftliche Beantwortung insbesondere folgender Fragen:</w:t>
      </w:r>
    </w:p>
    <w:p w14:paraId="1A648169" w14:textId="77777777" w:rsidR="00311589" w:rsidRPr="00677708" w:rsidRDefault="003948DE">
      <w:pPr>
        <w:pStyle w:val="berschrift2"/>
        <w:rPr>
          <w:lang w:val="de-AT"/>
        </w:rPr>
      </w:pPr>
      <w:r w:rsidRPr="00677708">
        <w:rPr>
          <w:rFonts w:ascii="Arial" w:eastAsia="Arial" w:hAnsi="Arial"/>
          <w:lang w:val="de-AT"/>
        </w:rPr>
        <w:t>1. Auf welcher konkreten gesetzlichen Grundlage soll die Begehung erfolgen?</w:t>
      </w:r>
    </w:p>
    <w:p w14:paraId="1CC55B62" w14:textId="77777777" w:rsidR="00311589" w:rsidRPr="00677708" w:rsidRDefault="003948DE">
      <w:pPr>
        <w:rPr>
          <w:lang w:val="de-AT"/>
        </w:rPr>
      </w:pPr>
      <w:r w:rsidRPr="00677708">
        <w:rPr>
          <w:lang w:val="de-AT"/>
        </w:rPr>
        <w:t>Bitte geben Sie bekannt, ob die angekündigte Maßnahme als abgabenrechtliche Erhebung bzw. Nachschau, als baubehördliche Überprüfung nach der NÖ Bauordnung oder als sonstige behördliche Maßnahme durchgeführt werden soll.</w:t>
      </w:r>
    </w:p>
    <w:p w14:paraId="5A4F87F5" w14:textId="77777777" w:rsidR="00311589" w:rsidRPr="00677708" w:rsidRDefault="003948DE">
      <w:pPr>
        <w:rPr>
          <w:lang w:val="de-AT"/>
        </w:rPr>
      </w:pPr>
      <w:r w:rsidRPr="00677708">
        <w:rPr>
          <w:lang w:val="de-AT"/>
        </w:rPr>
        <w:t xml:space="preserve">Ich ersuche in diesem Zusammenhang auch um konkrete Nennung der einschlägigen Gesetzesstellen und </w:t>
      </w:r>
      <w:proofErr w:type="gramStart"/>
      <w:r w:rsidRPr="00677708">
        <w:rPr>
          <w:lang w:val="de-AT"/>
        </w:rPr>
        <w:t>Paragraphen</w:t>
      </w:r>
      <w:proofErr w:type="gramEnd"/>
      <w:r w:rsidRPr="00677708">
        <w:rPr>
          <w:lang w:val="de-AT"/>
        </w:rPr>
        <w:t>, auf die sich die Gemeinde bzw. Behörde stützt.</w:t>
      </w:r>
    </w:p>
    <w:tbl>
      <w:tblPr>
        <w:tblW w:w="0" w:type="auto"/>
        <w:jc w:val="center"/>
        <w:tblLook w:val="04A0" w:firstRow="1" w:lastRow="0" w:firstColumn="1" w:lastColumn="0" w:noHBand="0" w:noVBand="1"/>
      </w:tblPr>
      <w:tblGrid>
        <w:gridCol w:w="9278"/>
      </w:tblGrid>
      <w:tr w:rsidR="00311589" w:rsidRPr="00677708" w14:paraId="2EAAAAA7" w14:textId="77777777">
        <w:trPr>
          <w:jc w:val="center"/>
        </w:trPr>
        <w:tc>
          <w:tcPr>
            <w:tcW w:w="9298" w:type="dxa"/>
            <w:tcBorders>
              <w:top w:val="single" w:sz="8" w:space="0" w:color="D0D0D0"/>
              <w:left w:val="single" w:sz="8" w:space="0" w:color="D0D0D0"/>
              <w:bottom w:val="single" w:sz="8" w:space="0" w:color="D0D0D0"/>
              <w:right w:val="single" w:sz="8" w:space="0" w:color="D0D0D0"/>
            </w:tcBorders>
            <w:shd w:val="clear" w:color="auto" w:fill="F2F2F2"/>
          </w:tcPr>
          <w:p w14:paraId="381F952D" w14:textId="77777777" w:rsidR="00311589" w:rsidRPr="00677708" w:rsidRDefault="003948DE">
            <w:pPr>
              <w:spacing w:before="40" w:after="40"/>
              <w:rPr>
                <w:lang w:val="de-AT"/>
              </w:rPr>
            </w:pPr>
            <w:r w:rsidRPr="00677708">
              <w:rPr>
                <w:b/>
                <w:color w:val="333333"/>
                <w:sz w:val="20"/>
                <w:lang w:val="de-AT"/>
              </w:rPr>
              <w:t xml:space="preserve">Frage an die Gemeinde / Behörde: Auf welche konkrete gesetzliche Grundlage und auf welche </w:t>
            </w:r>
            <w:proofErr w:type="gramStart"/>
            <w:r w:rsidRPr="00677708">
              <w:rPr>
                <w:b/>
                <w:color w:val="333333"/>
                <w:sz w:val="20"/>
                <w:lang w:val="de-AT"/>
              </w:rPr>
              <w:t>Paragraphen</w:t>
            </w:r>
            <w:proofErr w:type="gramEnd"/>
            <w:r w:rsidRPr="00677708">
              <w:rPr>
                <w:b/>
                <w:color w:val="333333"/>
                <w:sz w:val="20"/>
                <w:lang w:val="de-AT"/>
              </w:rPr>
              <w:t xml:space="preserve"> stützt sich die Gemeinde bzw. Behörde?</w:t>
            </w:r>
          </w:p>
        </w:tc>
      </w:tr>
    </w:tbl>
    <w:p w14:paraId="64619132" w14:textId="77777777" w:rsidR="00311589" w:rsidRPr="00677708" w:rsidRDefault="003948DE">
      <w:pPr>
        <w:pStyle w:val="berschrift2"/>
        <w:rPr>
          <w:lang w:val="de-AT"/>
        </w:rPr>
      </w:pPr>
      <w:r w:rsidRPr="00677708">
        <w:rPr>
          <w:rFonts w:ascii="Arial" w:eastAsia="Arial" w:hAnsi="Arial"/>
          <w:lang w:val="de-AT"/>
        </w:rPr>
        <w:lastRenderedPageBreak/>
        <w:t>2. Was ist der konkrete Zweck der Begehung?</w:t>
      </w:r>
    </w:p>
    <w:p w14:paraId="0E0C24C7" w14:textId="77777777" w:rsidR="00311589" w:rsidRPr="00677708" w:rsidRDefault="003948DE">
      <w:pPr>
        <w:rPr>
          <w:lang w:val="de-AT"/>
        </w:rPr>
      </w:pPr>
      <w:r w:rsidRPr="00677708">
        <w:rPr>
          <w:lang w:val="de-AT"/>
        </w:rPr>
        <w:t>Bitte teilen Sie mit, ob ausschließlich abgabenrechtliche Grundlagen im Zusammenhang mit Wasser- und Kanalgebühren erhoben werden sollen oder ob im Zuge der Begehung auch baubehördliche Kontrollen vorgenommen werden sollen.</w:t>
      </w:r>
    </w:p>
    <w:p w14:paraId="02EB9234" w14:textId="77777777" w:rsidR="00311589" w:rsidRPr="00677708" w:rsidRDefault="003948DE">
      <w:pPr>
        <w:rPr>
          <w:lang w:val="de-AT"/>
        </w:rPr>
      </w:pPr>
      <w:r w:rsidRPr="00677708">
        <w:rPr>
          <w:lang w:val="de-AT"/>
        </w:rPr>
        <w:t>Sollte die Begehung auch baubehördlichen Zwecken dienen, ersuche ich um Bekanntgabe, welche konkreten Anhaltspunkte im Einzelfall vorliegen, die eine solche Kontrolle rechtfertigen sollen.</w:t>
      </w:r>
    </w:p>
    <w:tbl>
      <w:tblPr>
        <w:tblW w:w="0" w:type="auto"/>
        <w:jc w:val="center"/>
        <w:tblLook w:val="04A0" w:firstRow="1" w:lastRow="0" w:firstColumn="1" w:lastColumn="0" w:noHBand="0" w:noVBand="1"/>
      </w:tblPr>
      <w:tblGrid>
        <w:gridCol w:w="9278"/>
      </w:tblGrid>
      <w:tr w:rsidR="00311589" w:rsidRPr="00677708" w14:paraId="2289F299" w14:textId="77777777">
        <w:trPr>
          <w:jc w:val="center"/>
        </w:trPr>
        <w:tc>
          <w:tcPr>
            <w:tcW w:w="9298" w:type="dxa"/>
            <w:tcBorders>
              <w:top w:val="single" w:sz="8" w:space="0" w:color="D0D0D0"/>
              <w:left w:val="single" w:sz="8" w:space="0" w:color="D0D0D0"/>
              <w:bottom w:val="single" w:sz="8" w:space="0" w:color="D0D0D0"/>
              <w:right w:val="single" w:sz="8" w:space="0" w:color="D0D0D0"/>
            </w:tcBorders>
            <w:shd w:val="clear" w:color="auto" w:fill="F2F2F2"/>
          </w:tcPr>
          <w:p w14:paraId="2254994D" w14:textId="77777777" w:rsidR="00311589" w:rsidRPr="00677708" w:rsidRDefault="003948DE">
            <w:pPr>
              <w:spacing w:before="40" w:after="40"/>
              <w:rPr>
                <w:lang w:val="de-AT"/>
              </w:rPr>
            </w:pPr>
            <w:r w:rsidRPr="00677708">
              <w:rPr>
                <w:b/>
                <w:color w:val="333333"/>
                <w:sz w:val="20"/>
                <w:lang w:val="de-AT"/>
              </w:rPr>
              <w:t>Frage an die Gemeinde / Behörde: Dient die Begehung ausschließlich der Gebührenbemessung oder auch baubehördlichen Kontrollen?</w:t>
            </w:r>
          </w:p>
        </w:tc>
      </w:tr>
    </w:tbl>
    <w:p w14:paraId="212C96F9" w14:textId="77777777" w:rsidR="00311589" w:rsidRPr="00677708" w:rsidRDefault="003948DE">
      <w:pPr>
        <w:pStyle w:val="berschrift2"/>
        <w:rPr>
          <w:lang w:val="de-AT"/>
        </w:rPr>
      </w:pPr>
      <w:r w:rsidRPr="00677708">
        <w:rPr>
          <w:rFonts w:ascii="Arial" w:eastAsia="Arial" w:hAnsi="Arial"/>
          <w:lang w:val="de-AT"/>
        </w:rPr>
        <w:t xml:space="preserve">3. Welche konkreten Tatsachen </w:t>
      </w:r>
      <w:proofErr w:type="gramStart"/>
      <w:r w:rsidRPr="00677708">
        <w:rPr>
          <w:rFonts w:ascii="Arial" w:eastAsia="Arial" w:hAnsi="Arial"/>
          <w:lang w:val="de-AT"/>
        </w:rPr>
        <w:t>sollen</w:t>
      </w:r>
      <w:proofErr w:type="gramEnd"/>
      <w:r w:rsidRPr="00677708">
        <w:rPr>
          <w:rFonts w:ascii="Arial" w:eastAsia="Arial" w:hAnsi="Arial"/>
          <w:lang w:val="de-AT"/>
        </w:rPr>
        <w:t xml:space="preserve"> erhoben werden?</w:t>
      </w:r>
    </w:p>
    <w:p w14:paraId="46A89B8F" w14:textId="77777777" w:rsidR="00311589" w:rsidRPr="00677708" w:rsidRDefault="003948DE">
      <w:pPr>
        <w:rPr>
          <w:lang w:val="de-AT"/>
        </w:rPr>
      </w:pPr>
      <w:r w:rsidRPr="00677708">
        <w:rPr>
          <w:lang w:val="de-AT"/>
        </w:rPr>
        <w:t>Bitte geben Sie bekannt, welche Informationen im Zuge der Begehung konkret festgestellt werden sollen.</w:t>
      </w:r>
    </w:p>
    <w:p w14:paraId="4D649344" w14:textId="77777777" w:rsidR="00311589" w:rsidRPr="00677708" w:rsidRDefault="003948DE">
      <w:pPr>
        <w:rPr>
          <w:lang w:val="de-AT"/>
        </w:rPr>
      </w:pPr>
      <w:r w:rsidRPr="00677708">
        <w:rPr>
          <w:lang w:val="de-AT"/>
        </w:rPr>
        <w:t>Insbesondere ersuche ich um Mitteilung, ob lediglich das Vorhandensein von Wasserentnahmestellen in einzelnen Geschossen festgestellt werden soll oder ob darüber hinaus auch Räume, Nutzungen, bauliche Änderungen, Bauteile, Nebengebäude, Dachräume, Kellerräume, Zubauten oder sonstige bauliche Gegebenheiten überprüft oder dokumentiert werden sollen.</w:t>
      </w:r>
    </w:p>
    <w:tbl>
      <w:tblPr>
        <w:tblW w:w="0" w:type="auto"/>
        <w:jc w:val="center"/>
        <w:tblLook w:val="04A0" w:firstRow="1" w:lastRow="0" w:firstColumn="1" w:lastColumn="0" w:noHBand="0" w:noVBand="1"/>
      </w:tblPr>
      <w:tblGrid>
        <w:gridCol w:w="9278"/>
      </w:tblGrid>
      <w:tr w:rsidR="00311589" w:rsidRPr="00677708" w14:paraId="10EAA29E" w14:textId="77777777">
        <w:trPr>
          <w:jc w:val="center"/>
        </w:trPr>
        <w:tc>
          <w:tcPr>
            <w:tcW w:w="9298" w:type="dxa"/>
            <w:tcBorders>
              <w:top w:val="single" w:sz="8" w:space="0" w:color="D0D0D0"/>
              <w:left w:val="single" w:sz="8" w:space="0" w:color="D0D0D0"/>
              <w:bottom w:val="single" w:sz="8" w:space="0" w:color="D0D0D0"/>
              <w:right w:val="single" w:sz="8" w:space="0" w:color="D0D0D0"/>
            </w:tcBorders>
            <w:shd w:val="clear" w:color="auto" w:fill="F2F2F2"/>
          </w:tcPr>
          <w:p w14:paraId="26727B23" w14:textId="77777777" w:rsidR="00311589" w:rsidRPr="00677708" w:rsidRDefault="003948DE">
            <w:pPr>
              <w:spacing w:before="40" w:after="40"/>
              <w:rPr>
                <w:lang w:val="de-AT"/>
              </w:rPr>
            </w:pPr>
            <w:r w:rsidRPr="00677708">
              <w:rPr>
                <w:b/>
                <w:color w:val="333333"/>
                <w:sz w:val="20"/>
                <w:lang w:val="de-AT"/>
              </w:rPr>
              <w:t>Frage an die Gemeinde / Behörde: Welche konkreten Tatsachen werden erhoben und welche Bereiche sind davon umfasst?</w:t>
            </w:r>
          </w:p>
        </w:tc>
      </w:tr>
    </w:tbl>
    <w:p w14:paraId="146D4405" w14:textId="77777777" w:rsidR="00311589" w:rsidRPr="00677708" w:rsidRDefault="003948DE">
      <w:pPr>
        <w:pStyle w:val="berschrift2"/>
        <w:rPr>
          <w:lang w:val="de-AT"/>
        </w:rPr>
      </w:pPr>
      <w:r w:rsidRPr="00677708">
        <w:rPr>
          <w:rFonts w:ascii="Arial" w:eastAsia="Arial" w:hAnsi="Arial"/>
          <w:lang w:val="de-AT"/>
        </w:rPr>
        <w:t xml:space="preserve">4. Welche Teile der Liegenschaft und des Gebäudes </w:t>
      </w:r>
      <w:proofErr w:type="gramStart"/>
      <w:r w:rsidRPr="00677708">
        <w:rPr>
          <w:rFonts w:ascii="Arial" w:eastAsia="Arial" w:hAnsi="Arial"/>
          <w:lang w:val="de-AT"/>
        </w:rPr>
        <w:t>sollen</w:t>
      </w:r>
      <w:proofErr w:type="gramEnd"/>
      <w:r w:rsidRPr="00677708">
        <w:rPr>
          <w:rFonts w:ascii="Arial" w:eastAsia="Arial" w:hAnsi="Arial"/>
          <w:lang w:val="de-AT"/>
        </w:rPr>
        <w:t xml:space="preserve"> betreten werden?</w:t>
      </w:r>
    </w:p>
    <w:p w14:paraId="3ED72545" w14:textId="77777777" w:rsidR="00311589" w:rsidRPr="00677708" w:rsidRDefault="003948DE">
      <w:pPr>
        <w:rPr>
          <w:lang w:val="de-AT"/>
        </w:rPr>
      </w:pPr>
      <w:r w:rsidRPr="00677708">
        <w:rPr>
          <w:lang w:val="de-AT"/>
        </w:rPr>
        <w:t>Bitte geben Sie vorab bekannt, welche Bereiche der Liegenschaft bzw. des Gebäudes betreten werden sollen.</w:t>
      </w:r>
    </w:p>
    <w:p w14:paraId="5EBD9D68" w14:textId="77777777" w:rsidR="00311589" w:rsidRPr="00677708" w:rsidRDefault="003948DE">
      <w:pPr>
        <w:rPr>
          <w:lang w:val="de-AT"/>
        </w:rPr>
      </w:pPr>
      <w:r w:rsidRPr="00677708">
        <w:rPr>
          <w:lang w:val="de-AT"/>
        </w:rPr>
        <w:t>Insbesondere ersuche ich um Bekanntgabe, ob die Begehung nur allgemein zugängliche Bereiche betrifft oder ob auch Wohnräume, Nebenräume, Keller, Dachräume, Garagen, Nebengebäude, Gartenbereiche oder sonstige private Bereiche betreten werden sollen.</w:t>
      </w:r>
    </w:p>
    <w:tbl>
      <w:tblPr>
        <w:tblW w:w="0" w:type="auto"/>
        <w:jc w:val="center"/>
        <w:tblLook w:val="04A0" w:firstRow="1" w:lastRow="0" w:firstColumn="1" w:lastColumn="0" w:noHBand="0" w:noVBand="1"/>
      </w:tblPr>
      <w:tblGrid>
        <w:gridCol w:w="9278"/>
      </w:tblGrid>
      <w:tr w:rsidR="00311589" w:rsidRPr="00677708" w14:paraId="34D82297" w14:textId="77777777">
        <w:trPr>
          <w:jc w:val="center"/>
        </w:trPr>
        <w:tc>
          <w:tcPr>
            <w:tcW w:w="9298" w:type="dxa"/>
            <w:tcBorders>
              <w:top w:val="single" w:sz="8" w:space="0" w:color="D0D0D0"/>
              <w:left w:val="single" w:sz="8" w:space="0" w:color="D0D0D0"/>
              <w:bottom w:val="single" w:sz="8" w:space="0" w:color="D0D0D0"/>
              <w:right w:val="single" w:sz="8" w:space="0" w:color="D0D0D0"/>
            </w:tcBorders>
            <w:shd w:val="clear" w:color="auto" w:fill="F2F2F2"/>
          </w:tcPr>
          <w:p w14:paraId="2B4C9AB7" w14:textId="77777777" w:rsidR="00311589" w:rsidRPr="00677708" w:rsidRDefault="003948DE">
            <w:pPr>
              <w:spacing w:before="40" w:after="40"/>
              <w:rPr>
                <w:lang w:val="de-AT"/>
              </w:rPr>
            </w:pPr>
            <w:r w:rsidRPr="00677708">
              <w:rPr>
                <w:b/>
                <w:color w:val="333333"/>
                <w:sz w:val="20"/>
                <w:lang w:val="de-AT"/>
              </w:rPr>
              <w:t>Frage an die Gemeinde / Behörde: Welche Bereiche der Liegenschaft bzw. des Gebäudes sollen konkret betreten werden?</w:t>
            </w:r>
          </w:p>
        </w:tc>
      </w:tr>
    </w:tbl>
    <w:p w14:paraId="62B3D8F7" w14:textId="77777777" w:rsidR="00311589" w:rsidRPr="00677708" w:rsidRDefault="003948DE">
      <w:pPr>
        <w:pStyle w:val="berschrift2"/>
        <w:rPr>
          <w:lang w:val="de-AT"/>
        </w:rPr>
      </w:pPr>
      <w:r w:rsidRPr="00677708">
        <w:rPr>
          <w:rFonts w:ascii="Arial" w:eastAsia="Arial" w:hAnsi="Arial"/>
          <w:lang w:val="de-AT"/>
        </w:rPr>
        <w:t xml:space="preserve">5. Wie viele </w:t>
      </w:r>
      <w:proofErr w:type="spellStart"/>
      <w:proofErr w:type="gramStart"/>
      <w:r w:rsidRPr="00677708">
        <w:rPr>
          <w:rFonts w:ascii="Arial" w:eastAsia="Arial" w:hAnsi="Arial"/>
          <w:lang w:val="de-AT"/>
        </w:rPr>
        <w:t>Gemeindemitarbeiter:innen</w:t>
      </w:r>
      <w:proofErr w:type="spellEnd"/>
      <w:proofErr w:type="gramEnd"/>
      <w:r w:rsidRPr="00677708">
        <w:rPr>
          <w:rFonts w:ascii="Arial" w:eastAsia="Arial" w:hAnsi="Arial"/>
          <w:lang w:val="de-AT"/>
        </w:rPr>
        <w:t xml:space="preserve"> bzw. sonstige Personen werden teilnehmen?</w:t>
      </w:r>
    </w:p>
    <w:p w14:paraId="28975AF7" w14:textId="77777777" w:rsidR="00311589" w:rsidRPr="00677708" w:rsidRDefault="003948DE">
      <w:pPr>
        <w:rPr>
          <w:lang w:val="de-AT"/>
        </w:rPr>
      </w:pPr>
      <w:r w:rsidRPr="00677708">
        <w:rPr>
          <w:lang w:val="de-AT"/>
        </w:rPr>
        <w:t xml:space="preserve">Bitte geben Sie vorab bekannt, wie viele Personen an der Begehung teilnehmen werden, welche Funktion diese Personen haben, ob es sich ausschließlich um </w:t>
      </w:r>
      <w:proofErr w:type="spellStart"/>
      <w:proofErr w:type="gramStart"/>
      <w:r w:rsidRPr="00677708">
        <w:rPr>
          <w:lang w:val="de-AT"/>
        </w:rPr>
        <w:t>Mitarbeiter:innen</w:t>
      </w:r>
      <w:proofErr w:type="spellEnd"/>
      <w:proofErr w:type="gramEnd"/>
      <w:r w:rsidRPr="00677708">
        <w:rPr>
          <w:lang w:val="de-AT"/>
        </w:rPr>
        <w:t xml:space="preserve"> der Gemeinde handelt und ob externe Fachkräfte, Sachverständige, </w:t>
      </w:r>
      <w:proofErr w:type="spellStart"/>
      <w:proofErr w:type="gramStart"/>
      <w:r w:rsidRPr="00677708">
        <w:rPr>
          <w:lang w:val="de-AT"/>
        </w:rPr>
        <w:t>Planer:innen</w:t>
      </w:r>
      <w:proofErr w:type="spellEnd"/>
      <w:proofErr w:type="gramEnd"/>
      <w:r w:rsidRPr="00677708">
        <w:rPr>
          <w:lang w:val="de-AT"/>
        </w:rPr>
        <w:t xml:space="preserve"> oder sonstige Dritte beigezogen werden.</w:t>
      </w:r>
    </w:p>
    <w:p w14:paraId="51898A66" w14:textId="77777777" w:rsidR="00311589" w:rsidRPr="00677708" w:rsidRDefault="003948DE">
      <w:pPr>
        <w:rPr>
          <w:lang w:val="de-AT"/>
        </w:rPr>
      </w:pPr>
      <w:r w:rsidRPr="00677708">
        <w:rPr>
          <w:lang w:val="de-AT"/>
        </w:rPr>
        <w:t>Sollten externe Personen beigezogen werden, ersuche ich um Bekanntgabe, in welcher Funktion diese auftreten und auf welcher Grundlage sie beigezogen werden.</w:t>
      </w:r>
    </w:p>
    <w:tbl>
      <w:tblPr>
        <w:tblW w:w="0" w:type="auto"/>
        <w:jc w:val="center"/>
        <w:tblLook w:val="04A0" w:firstRow="1" w:lastRow="0" w:firstColumn="1" w:lastColumn="0" w:noHBand="0" w:noVBand="1"/>
      </w:tblPr>
      <w:tblGrid>
        <w:gridCol w:w="9278"/>
      </w:tblGrid>
      <w:tr w:rsidR="00311589" w:rsidRPr="00677708" w14:paraId="28C8860D" w14:textId="77777777">
        <w:trPr>
          <w:jc w:val="center"/>
        </w:trPr>
        <w:tc>
          <w:tcPr>
            <w:tcW w:w="9298" w:type="dxa"/>
            <w:tcBorders>
              <w:top w:val="single" w:sz="8" w:space="0" w:color="D0D0D0"/>
              <w:left w:val="single" w:sz="8" w:space="0" w:color="D0D0D0"/>
              <w:bottom w:val="single" w:sz="8" w:space="0" w:color="D0D0D0"/>
              <w:right w:val="single" w:sz="8" w:space="0" w:color="D0D0D0"/>
            </w:tcBorders>
            <w:shd w:val="clear" w:color="auto" w:fill="F2F2F2"/>
          </w:tcPr>
          <w:p w14:paraId="248F4EA3" w14:textId="77777777" w:rsidR="00311589" w:rsidRPr="00677708" w:rsidRDefault="003948DE">
            <w:pPr>
              <w:spacing w:before="40" w:after="40"/>
              <w:rPr>
                <w:lang w:val="de-AT"/>
              </w:rPr>
            </w:pPr>
            <w:r w:rsidRPr="00677708">
              <w:rPr>
                <w:b/>
                <w:color w:val="333333"/>
                <w:sz w:val="20"/>
                <w:lang w:val="de-AT"/>
              </w:rPr>
              <w:t>Frage an die Gemeinde / Behörde: Wer nimmt an der Begehung teil, in welcher Funktion und auf welcher Grundlage?</w:t>
            </w:r>
          </w:p>
        </w:tc>
      </w:tr>
    </w:tbl>
    <w:p w14:paraId="2FCB7B76" w14:textId="77777777" w:rsidR="00311589" w:rsidRPr="00677708" w:rsidRDefault="003948DE">
      <w:pPr>
        <w:pStyle w:val="berschrift2"/>
        <w:rPr>
          <w:lang w:val="de-AT"/>
        </w:rPr>
      </w:pPr>
      <w:r w:rsidRPr="00677708">
        <w:rPr>
          <w:rFonts w:ascii="Arial" w:eastAsia="Arial" w:hAnsi="Arial"/>
          <w:lang w:val="de-AT"/>
        </w:rPr>
        <w:t>6. Wie lange wird die Begehung voraussichtlich dauern?</w:t>
      </w:r>
    </w:p>
    <w:p w14:paraId="2C4C366F" w14:textId="77777777" w:rsidR="00311589" w:rsidRPr="00677708" w:rsidRDefault="003948DE">
      <w:pPr>
        <w:rPr>
          <w:lang w:val="de-AT"/>
        </w:rPr>
      </w:pPr>
      <w:r w:rsidRPr="00677708">
        <w:rPr>
          <w:lang w:val="de-AT"/>
        </w:rPr>
        <w:t>Bitte geben Sie die voraussichtliche Dauer der Begehung bekannt.</w:t>
      </w:r>
    </w:p>
    <w:p w14:paraId="02D10EA1" w14:textId="77777777" w:rsidR="00311589" w:rsidRPr="00677708" w:rsidRDefault="003948DE">
      <w:pPr>
        <w:rPr>
          <w:lang w:val="de-AT"/>
        </w:rPr>
      </w:pPr>
      <w:r w:rsidRPr="00677708">
        <w:rPr>
          <w:lang w:val="de-AT"/>
        </w:rPr>
        <w:t>Weiters ersuche ich um Mitteilung, ob die Begehung in einem einzigen Termin abgeschlossen sein soll oder ob weitere Termine vorgesehen sein könnten.</w:t>
      </w:r>
    </w:p>
    <w:tbl>
      <w:tblPr>
        <w:tblW w:w="0" w:type="auto"/>
        <w:jc w:val="center"/>
        <w:tblLook w:val="04A0" w:firstRow="1" w:lastRow="0" w:firstColumn="1" w:lastColumn="0" w:noHBand="0" w:noVBand="1"/>
      </w:tblPr>
      <w:tblGrid>
        <w:gridCol w:w="9278"/>
      </w:tblGrid>
      <w:tr w:rsidR="00311589" w:rsidRPr="00677708" w14:paraId="6D4D66B0" w14:textId="77777777">
        <w:trPr>
          <w:jc w:val="center"/>
        </w:trPr>
        <w:tc>
          <w:tcPr>
            <w:tcW w:w="9298" w:type="dxa"/>
            <w:tcBorders>
              <w:top w:val="single" w:sz="8" w:space="0" w:color="D0D0D0"/>
              <w:left w:val="single" w:sz="8" w:space="0" w:color="D0D0D0"/>
              <w:bottom w:val="single" w:sz="8" w:space="0" w:color="D0D0D0"/>
              <w:right w:val="single" w:sz="8" w:space="0" w:color="D0D0D0"/>
            </w:tcBorders>
            <w:shd w:val="clear" w:color="auto" w:fill="F2F2F2"/>
          </w:tcPr>
          <w:p w14:paraId="292AE2D9" w14:textId="77777777" w:rsidR="00311589" w:rsidRPr="00677708" w:rsidRDefault="003948DE">
            <w:pPr>
              <w:spacing w:before="40" w:after="40"/>
              <w:rPr>
                <w:lang w:val="de-AT"/>
              </w:rPr>
            </w:pPr>
            <w:r w:rsidRPr="00677708">
              <w:rPr>
                <w:b/>
                <w:color w:val="333333"/>
                <w:sz w:val="20"/>
                <w:lang w:val="de-AT"/>
              </w:rPr>
              <w:lastRenderedPageBreak/>
              <w:t>Frage an die Gemeinde / Behörde: Wie lange dauert die Begehung voraussichtlich und sind weitere Termine vorgesehen?</w:t>
            </w:r>
          </w:p>
        </w:tc>
      </w:tr>
    </w:tbl>
    <w:p w14:paraId="4D696632" w14:textId="77777777" w:rsidR="00311589" w:rsidRPr="00677708" w:rsidRDefault="003948DE">
      <w:pPr>
        <w:pStyle w:val="berschrift2"/>
        <w:rPr>
          <w:lang w:val="de-AT"/>
        </w:rPr>
      </w:pPr>
      <w:r w:rsidRPr="00677708">
        <w:rPr>
          <w:rFonts w:ascii="Arial" w:eastAsia="Arial" w:hAnsi="Arial"/>
          <w:lang w:val="de-AT"/>
        </w:rPr>
        <w:t>7. Mit welcher Methode wird die Untersuchung durchgeführt?</w:t>
      </w:r>
    </w:p>
    <w:p w14:paraId="5F827A88" w14:textId="77777777" w:rsidR="00311589" w:rsidRPr="00677708" w:rsidRDefault="003948DE">
      <w:pPr>
        <w:rPr>
          <w:lang w:val="de-AT"/>
        </w:rPr>
      </w:pPr>
      <w:r w:rsidRPr="00677708">
        <w:rPr>
          <w:lang w:val="de-AT"/>
        </w:rPr>
        <w:t>Bitte geben Sie bekannt, wie die Erhebung konkret erfolgen soll.</w:t>
      </w:r>
    </w:p>
    <w:p w14:paraId="2BA3A29A" w14:textId="77777777" w:rsidR="00311589" w:rsidRPr="00677708" w:rsidRDefault="003948DE">
      <w:pPr>
        <w:rPr>
          <w:lang w:val="de-AT"/>
        </w:rPr>
      </w:pPr>
      <w:r w:rsidRPr="00677708">
        <w:rPr>
          <w:lang w:val="de-AT"/>
        </w:rPr>
        <w:t>Insbesondere ersuche ich um Mitteilung, ob lediglich eine Sichtkontrolle erfolgt oder ob auch Messungen, Fotografien, Skizzen, Protokolle, digitale Erfassungen, Planvergleiche oder sonstige Dokumentationen vorgenommen werden sollen.</w:t>
      </w:r>
    </w:p>
    <w:p w14:paraId="3FA1B6B3" w14:textId="77777777" w:rsidR="00311589" w:rsidRPr="00677708" w:rsidRDefault="003948DE">
      <w:pPr>
        <w:rPr>
          <w:lang w:val="de-AT"/>
        </w:rPr>
      </w:pPr>
      <w:r w:rsidRPr="00677708">
        <w:rPr>
          <w:lang w:val="de-AT"/>
        </w:rPr>
        <w:t>Sollten Fotografien oder digitale Aufzeichnungen angefertigt werden, ersuche ich um Bekanntgabe, welche Bereiche dokumentiert werden sollen, zu welchem Zweck diese Dokumentation erfolgt, wo diese gespeichert wird, wer Zugriff darauf hat und wann eine Löschung vorgesehen ist.</w:t>
      </w:r>
    </w:p>
    <w:tbl>
      <w:tblPr>
        <w:tblW w:w="0" w:type="auto"/>
        <w:jc w:val="center"/>
        <w:tblLook w:val="04A0" w:firstRow="1" w:lastRow="0" w:firstColumn="1" w:lastColumn="0" w:noHBand="0" w:noVBand="1"/>
      </w:tblPr>
      <w:tblGrid>
        <w:gridCol w:w="9278"/>
      </w:tblGrid>
      <w:tr w:rsidR="00311589" w:rsidRPr="00677708" w14:paraId="019A7FA0" w14:textId="77777777">
        <w:trPr>
          <w:jc w:val="center"/>
        </w:trPr>
        <w:tc>
          <w:tcPr>
            <w:tcW w:w="9298" w:type="dxa"/>
            <w:tcBorders>
              <w:top w:val="single" w:sz="8" w:space="0" w:color="D0D0D0"/>
              <w:left w:val="single" w:sz="8" w:space="0" w:color="D0D0D0"/>
              <w:bottom w:val="single" w:sz="8" w:space="0" w:color="D0D0D0"/>
              <w:right w:val="single" w:sz="8" w:space="0" w:color="D0D0D0"/>
            </w:tcBorders>
            <w:shd w:val="clear" w:color="auto" w:fill="F2F2F2"/>
          </w:tcPr>
          <w:p w14:paraId="39EAD92E" w14:textId="77777777" w:rsidR="00311589" w:rsidRPr="00677708" w:rsidRDefault="003948DE">
            <w:pPr>
              <w:spacing w:before="40" w:after="40"/>
              <w:rPr>
                <w:lang w:val="de-AT"/>
              </w:rPr>
            </w:pPr>
            <w:r w:rsidRPr="00677708">
              <w:rPr>
                <w:b/>
                <w:color w:val="333333"/>
                <w:sz w:val="20"/>
                <w:lang w:val="de-AT"/>
              </w:rPr>
              <w:t>Frage an die Gemeinde / Behörde: Welche Methode wird angewendet und werden Fotos, Messungen, Protokolle oder digitale Aufzeichnungen erstellt?</w:t>
            </w:r>
          </w:p>
        </w:tc>
      </w:tr>
    </w:tbl>
    <w:p w14:paraId="1F1EBC4C" w14:textId="77777777" w:rsidR="00311589" w:rsidRPr="00677708" w:rsidRDefault="003948DE">
      <w:pPr>
        <w:pStyle w:val="berschrift2"/>
        <w:rPr>
          <w:lang w:val="de-AT"/>
        </w:rPr>
      </w:pPr>
      <w:r w:rsidRPr="00677708">
        <w:rPr>
          <w:rFonts w:ascii="Arial" w:eastAsia="Arial" w:hAnsi="Arial"/>
          <w:lang w:val="de-AT"/>
        </w:rPr>
        <w:t>8. Warum wird vor einer Begehung kein Erhebungsbogen ausgesendet?</w:t>
      </w:r>
    </w:p>
    <w:p w14:paraId="792A78AA" w14:textId="77777777" w:rsidR="00311589" w:rsidRPr="00677708" w:rsidRDefault="003948DE">
      <w:pPr>
        <w:rPr>
          <w:lang w:val="de-AT"/>
        </w:rPr>
      </w:pPr>
      <w:r w:rsidRPr="00677708">
        <w:rPr>
          <w:lang w:val="de-AT"/>
        </w:rPr>
        <w:t>Sollte der Zweck der Maßnahme tatsächlich ausschließlich in der Erhebung von Wasserentnahmestellen bzw. abgabenrechtlichen Grundlagen liegen, ersuche ich um Auskunft, ob vor Durchführung von Begehungen ein Erhebungsbogen ausgesendet wird.</w:t>
      </w:r>
    </w:p>
    <w:p w14:paraId="6D63FAEB" w14:textId="77777777" w:rsidR="00311589" w:rsidRPr="00677708" w:rsidRDefault="003948DE">
      <w:pPr>
        <w:rPr>
          <w:lang w:val="de-AT"/>
        </w:rPr>
      </w:pPr>
      <w:r w:rsidRPr="00677708">
        <w:rPr>
          <w:lang w:val="de-AT"/>
        </w:rPr>
        <w:t xml:space="preserve">Ein solcher Erhebungsbogen würde es </w:t>
      </w:r>
      <w:proofErr w:type="spellStart"/>
      <w:proofErr w:type="gramStart"/>
      <w:r w:rsidRPr="00677708">
        <w:rPr>
          <w:lang w:val="de-AT"/>
        </w:rPr>
        <w:t>Bürger:innen</w:t>
      </w:r>
      <w:proofErr w:type="spellEnd"/>
      <w:proofErr w:type="gramEnd"/>
      <w:r w:rsidRPr="00677708">
        <w:rPr>
          <w:lang w:val="de-AT"/>
        </w:rPr>
        <w:t xml:space="preserve"> ermöglichen, die maßgeblichen Angaben selbst bekanntzugeben bzw. allfällige Wasserentnahmestellen nachzureichen oder zu korrigieren. Dies wäre aus meiner Sicht ein gelinderes, kostengünstigeres und bürgerfreundlicheres Mittel, bevor private Liegenschaften betreten werden.</w:t>
      </w:r>
    </w:p>
    <w:tbl>
      <w:tblPr>
        <w:tblW w:w="0" w:type="auto"/>
        <w:jc w:val="center"/>
        <w:tblLook w:val="04A0" w:firstRow="1" w:lastRow="0" w:firstColumn="1" w:lastColumn="0" w:noHBand="0" w:noVBand="1"/>
      </w:tblPr>
      <w:tblGrid>
        <w:gridCol w:w="9278"/>
      </w:tblGrid>
      <w:tr w:rsidR="00311589" w14:paraId="59A083A7" w14:textId="77777777">
        <w:trPr>
          <w:jc w:val="center"/>
        </w:trPr>
        <w:tc>
          <w:tcPr>
            <w:tcW w:w="9298" w:type="dxa"/>
            <w:tcBorders>
              <w:top w:val="single" w:sz="8" w:space="0" w:color="D0D0D0"/>
              <w:left w:val="single" w:sz="8" w:space="0" w:color="D0D0D0"/>
              <w:bottom w:val="single" w:sz="8" w:space="0" w:color="D0D0D0"/>
              <w:right w:val="single" w:sz="8" w:space="0" w:color="D0D0D0"/>
            </w:tcBorders>
            <w:shd w:val="clear" w:color="auto" w:fill="F2F2F2"/>
          </w:tcPr>
          <w:p w14:paraId="2F9DF3D8" w14:textId="77777777" w:rsidR="00311589" w:rsidRDefault="003948DE">
            <w:pPr>
              <w:spacing w:before="40" w:after="40"/>
            </w:pPr>
            <w:r w:rsidRPr="00677708">
              <w:rPr>
                <w:b/>
                <w:color w:val="333333"/>
                <w:sz w:val="20"/>
                <w:lang w:val="de-AT"/>
              </w:rPr>
              <w:t xml:space="preserve">Frage an die Gemeinde / Behörde: Wird vorab ein Erhebungsbogen ausgesendet? </w:t>
            </w:r>
            <w:r>
              <w:rPr>
                <w:b/>
                <w:color w:val="333333"/>
                <w:sz w:val="20"/>
              </w:rPr>
              <w:t xml:space="preserve">Falls </w:t>
            </w:r>
            <w:proofErr w:type="spellStart"/>
            <w:r>
              <w:rPr>
                <w:b/>
                <w:color w:val="333333"/>
                <w:sz w:val="20"/>
              </w:rPr>
              <w:t>nein</w:t>
            </w:r>
            <w:proofErr w:type="spellEnd"/>
            <w:r>
              <w:rPr>
                <w:b/>
                <w:color w:val="333333"/>
                <w:sz w:val="20"/>
              </w:rPr>
              <w:t xml:space="preserve">: </w:t>
            </w:r>
            <w:proofErr w:type="spellStart"/>
            <w:r>
              <w:rPr>
                <w:b/>
                <w:color w:val="333333"/>
                <w:sz w:val="20"/>
              </w:rPr>
              <w:t>Warum</w:t>
            </w:r>
            <w:proofErr w:type="spellEnd"/>
            <w:r>
              <w:rPr>
                <w:b/>
                <w:color w:val="333333"/>
                <w:sz w:val="20"/>
              </w:rPr>
              <w:t xml:space="preserve"> </w:t>
            </w:r>
            <w:proofErr w:type="spellStart"/>
            <w:r>
              <w:rPr>
                <w:b/>
                <w:color w:val="333333"/>
                <w:sz w:val="20"/>
              </w:rPr>
              <w:t>wird</w:t>
            </w:r>
            <w:proofErr w:type="spellEnd"/>
            <w:r>
              <w:rPr>
                <w:b/>
                <w:color w:val="333333"/>
                <w:sz w:val="20"/>
              </w:rPr>
              <w:t xml:space="preserve"> dieses gelindere Mittel nicht gewählt?</w:t>
            </w:r>
          </w:p>
        </w:tc>
      </w:tr>
    </w:tbl>
    <w:p w14:paraId="7DE783DE" w14:textId="77777777" w:rsidR="00311589" w:rsidRPr="00677708" w:rsidRDefault="003948DE">
      <w:pPr>
        <w:pStyle w:val="berschrift2"/>
        <w:rPr>
          <w:lang w:val="de-AT"/>
        </w:rPr>
      </w:pPr>
      <w:r w:rsidRPr="00677708">
        <w:rPr>
          <w:rFonts w:ascii="Arial" w:eastAsia="Arial" w:hAnsi="Arial"/>
          <w:lang w:val="de-AT"/>
        </w:rPr>
        <w:t>9. Werden auch Gebäude überprüft, bei denen bereits das Gebührenmaximum erreicht ist?</w:t>
      </w:r>
    </w:p>
    <w:p w14:paraId="35BAD290" w14:textId="77777777" w:rsidR="00311589" w:rsidRPr="00677708" w:rsidRDefault="003948DE">
      <w:pPr>
        <w:rPr>
          <w:lang w:val="de-AT"/>
        </w:rPr>
      </w:pPr>
      <w:r w:rsidRPr="00677708">
        <w:rPr>
          <w:lang w:val="de-AT"/>
        </w:rPr>
        <w:t>Sollte es ausschließlich um Wasser- und Kanalgebühren gehen, ersuche ich um Beantwortung, ob auch jene Bauwerke überprüft werden, bei denen der Gemeinde bereits bekannt ist, dass in jedem relevanten Geschoss Wasserentnahmestellen vorhanden sind und daher gebührenrechtlich bereits das Maximum bzw. die volle Bemessungsgrundlage erreicht ist.</w:t>
      </w:r>
    </w:p>
    <w:p w14:paraId="5B2C9BFA" w14:textId="77777777" w:rsidR="00311589" w:rsidRPr="00677708" w:rsidRDefault="003948DE">
      <w:pPr>
        <w:rPr>
          <w:lang w:val="de-AT"/>
        </w:rPr>
      </w:pPr>
      <w:r w:rsidRPr="00677708">
        <w:rPr>
          <w:lang w:val="de-AT"/>
        </w:rPr>
        <w:t>Falls ja, ersuche ich um Begründung, welcher abgabenrechtliche Mehrwert durch eine Begehung solcher Gebäude erwartet wird.</w:t>
      </w:r>
    </w:p>
    <w:tbl>
      <w:tblPr>
        <w:tblW w:w="0" w:type="auto"/>
        <w:jc w:val="center"/>
        <w:tblLook w:val="04A0" w:firstRow="1" w:lastRow="0" w:firstColumn="1" w:lastColumn="0" w:noHBand="0" w:noVBand="1"/>
      </w:tblPr>
      <w:tblGrid>
        <w:gridCol w:w="9278"/>
      </w:tblGrid>
      <w:tr w:rsidR="00311589" w:rsidRPr="00677708" w14:paraId="2093679C" w14:textId="77777777">
        <w:trPr>
          <w:jc w:val="center"/>
        </w:trPr>
        <w:tc>
          <w:tcPr>
            <w:tcW w:w="9298" w:type="dxa"/>
            <w:tcBorders>
              <w:top w:val="single" w:sz="8" w:space="0" w:color="D0D0D0"/>
              <w:left w:val="single" w:sz="8" w:space="0" w:color="D0D0D0"/>
              <w:bottom w:val="single" w:sz="8" w:space="0" w:color="D0D0D0"/>
              <w:right w:val="single" w:sz="8" w:space="0" w:color="D0D0D0"/>
            </w:tcBorders>
            <w:shd w:val="clear" w:color="auto" w:fill="F2F2F2"/>
          </w:tcPr>
          <w:p w14:paraId="5968B277" w14:textId="77777777" w:rsidR="00311589" w:rsidRPr="00677708" w:rsidRDefault="003948DE">
            <w:pPr>
              <w:spacing w:before="40" w:after="40"/>
              <w:rPr>
                <w:lang w:val="de-AT"/>
              </w:rPr>
            </w:pPr>
            <w:r w:rsidRPr="00677708">
              <w:rPr>
                <w:b/>
                <w:color w:val="333333"/>
                <w:sz w:val="20"/>
                <w:lang w:val="de-AT"/>
              </w:rPr>
              <w:t>Frage an die Gemeinde / Behörde: Werden auch Bauwerke überprüft, bei denen gebührenrechtlich bereits das Maximum erreicht ist?</w:t>
            </w:r>
          </w:p>
        </w:tc>
      </w:tr>
    </w:tbl>
    <w:p w14:paraId="51FA801F" w14:textId="77777777" w:rsidR="00311589" w:rsidRPr="00677708" w:rsidRDefault="003948DE">
      <w:pPr>
        <w:pStyle w:val="berschrift2"/>
        <w:rPr>
          <w:lang w:val="de-AT"/>
        </w:rPr>
      </w:pPr>
      <w:r w:rsidRPr="00677708">
        <w:rPr>
          <w:rFonts w:ascii="Arial" w:eastAsia="Arial" w:hAnsi="Arial"/>
          <w:lang w:val="de-AT"/>
        </w:rPr>
        <w:t>10. Wie wird verhindert, dass die Begehung über den Gebührenzweck hinausgeht?</w:t>
      </w:r>
    </w:p>
    <w:p w14:paraId="121204CC" w14:textId="77777777" w:rsidR="00311589" w:rsidRPr="00677708" w:rsidRDefault="003948DE">
      <w:pPr>
        <w:rPr>
          <w:lang w:val="de-AT"/>
        </w:rPr>
      </w:pPr>
      <w:r w:rsidRPr="00677708">
        <w:rPr>
          <w:lang w:val="de-AT"/>
        </w:rPr>
        <w:t>Sollte die Maßnahme als Erhebung für Wasser- und Kanalgebühren begründet werden, ersuche ich um Bekanntgabe, wie sichergestellt wird, dass die Begehung tatsächlich auf diesen Zweck beschränkt bleibt.</w:t>
      </w:r>
    </w:p>
    <w:p w14:paraId="584ED04A" w14:textId="77777777" w:rsidR="00311589" w:rsidRPr="00677708" w:rsidRDefault="003948DE">
      <w:pPr>
        <w:rPr>
          <w:lang w:val="de-AT"/>
        </w:rPr>
      </w:pPr>
      <w:r w:rsidRPr="00677708">
        <w:rPr>
          <w:lang w:val="de-AT"/>
        </w:rPr>
        <w:t>Insbesondere ersuche ich um Mitteilung, ob im Zuge der Begehung ausschließlich gebührenrelevante Umstände erhoben werden oder ob auch baubehördlich relevante Beobachtungen dokumentiert, weitergeleitet oder zum Anlass weiterer Verfahren genommen werden.</w:t>
      </w:r>
    </w:p>
    <w:p w14:paraId="629979FA" w14:textId="77777777" w:rsidR="00311589" w:rsidRPr="00677708" w:rsidRDefault="003948DE">
      <w:pPr>
        <w:rPr>
          <w:lang w:val="de-AT"/>
        </w:rPr>
      </w:pPr>
      <w:r w:rsidRPr="00677708">
        <w:rPr>
          <w:lang w:val="de-AT"/>
        </w:rPr>
        <w:lastRenderedPageBreak/>
        <w:t>Falls auch baubehördliche Wahrnehmungen dokumentiert oder verwertet werden sollen, ersuche ich um Bekanntgabe der dafür herangezogenen Rechtsgrundlage.</w:t>
      </w:r>
    </w:p>
    <w:tbl>
      <w:tblPr>
        <w:tblW w:w="0" w:type="auto"/>
        <w:jc w:val="center"/>
        <w:tblLook w:val="04A0" w:firstRow="1" w:lastRow="0" w:firstColumn="1" w:lastColumn="0" w:noHBand="0" w:noVBand="1"/>
      </w:tblPr>
      <w:tblGrid>
        <w:gridCol w:w="9278"/>
      </w:tblGrid>
      <w:tr w:rsidR="00311589" w:rsidRPr="00677708" w14:paraId="76A8F8F7" w14:textId="77777777">
        <w:trPr>
          <w:jc w:val="center"/>
        </w:trPr>
        <w:tc>
          <w:tcPr>
            <w:tcW w:w="9298" w:type="dxa"/>
            <w:tcBorders>
              <w:top w:val="single" w:sz="8" w:space="0" w:color="D0D0D0"/>
              <w:left w:val="single" w:sz="8" w:space="0" w:color="D0D0D0"/>
              <w:bottom w:val="single" w:sz="8" w:space="0" w:color="D0D0D0"/>
              <w:right w:val="single" w:sz="8" w:space="0" w:color="D0D0D0"/>
            </w:tcBorders>
            <w:shd w:val="clear" w:color="auto" w:fill="F2F2F2"/>
          </w:tcPr>
          <w:p w14:paraId="34E95685" w14:textId="77777777" w:rsidR="00311589" w:rsidRPr="00677708" w:rsidRDefault="003948DE">
            <w:pPr>
              <w:spacing w:before="40" w:after="40"/>
              <w:rPr>
                <w:lang w:val="de-AT"/>
              </w:rPr>
            </w:pPr>
            <w:r w:rsidRPr="00677708">
              <w:rPr>
                <w:b/>
                <w:color w:val="333333"/>
                <w:sz w:val="20"/>
                <w:lang w:val="de-AT"/>
              </w:rPr>
              <w:t>Frage an die Gemeinde / Behörde: Werden ausschließlich gebührenrelevante Umstände erhoben oder auch baubehördliche Wahrnehmungen dokumentiert bzw. verwertet?</w:t>
            </w:r>
          </w:p>
        </w:tc>
      </w:tr>
    </w:tbl>
    <w:p w14:paraId="4B6414F7" w14:textId="77777777" w:rsidR="00311589" w:rsidRPr="00677708" w:rsidRDefault="003948DE">
      <w:pPr>
        <w:pStyle w:val="berschrift2"/>
        <w:rPr>
          <w:lang w:val="de-AT"/>
        </w:rPr>
      </w:pPr>
      <w:r w:rsidRPr="00677708">
        <w:rPr>
          <w:rFonts w:ascii="Arial" w:eastAsia="Arial" w:hAnsi="Arial"/>
          <w:lang w:val="de-AT"/>
        </w:rPr>
        <w:t>11. Welche Kosten verursacht diese Aktion für die Gemeinde?</w:t>
      </w:r>
    </w:p>
    <w:p w14:paraId="59851DAC" w14:textId="77777777" w:rsidR="00311589" w:rsidRPr="00677708" w:rsidRDefault="003948DE">
      <w:pPr>
        <w:rPr>
          <w:lang w:val="de-AT"/>
        </w:rPr>
      </w:pPr>
      <w:r w:rsidRPr="00677708">
        <w:rPr>
          <w:lang w:val="de-AT"/>
        </w:rPr>
        <w:t xml:space="preserve">Als </w:t>
      </w:r>
      <w:proofErr w:type="spellStart"/>
      <w:r w:rsidRPr="00677708">
        <w:rPr>
          <w:lang w:val="de-AT"/>
        </w:rPr>
        <w:t>Bürger:in</w:t>
      </w:r>
      <w:proofErr w:type="spellEnd"/>
      <w:r w:rsidRPr="00677708">
        <w:rPr>
          <w:lang w:val="de-AT"/>
        </w:rPr>
        <w:t xml:space="preserve"> der Gemeinde liegt mir selbstverständlich auch ein verantwortungsvoller Umgang mit dem Gemeindebudget am Herzen.</w:t>
      </w:r>
    </w:p>
    <w:p w14:paraId="62D0366F" w14:textId="77777777" w:rsidR="00311589" w:rsidRPr="00677708" w:rsidRDefault="003948DE">
      <w:pPr>
        <w:rPr>
          <w:lang w:val="de-AT"/>
        </w:rPr>
      </w:pPr>
      <w:r w:rsidRPr="00677708">
        <w:rPr>
          <w:lang w:val="de-AT"/>
        </w:rPr>
        <w:t xml:space="preserve">Ich ersuche daher um Bekanntgabe der internen Personalkosten, externen Kosten, allfälligen Kosten für Sachverständige, </w:t>
      </w:r>
      <w:proofErr w:type="spellStart"/>
      <w:proofErr w:type="gramStart"/>
      <w:r w:rsidRPr="00677708">
        <w:rPr>
          <w:lang w:val="de-AT"/>
        </w:rPr>
        <w:t>Planer:innen</w:t>
      </w:r>
      <w:proofErr w:type="spellEnd"/>
      <w:proofErr w:type="gramEnd"/>
      <w:r w:rsidRPr="00677708">
        <w:rPr>
          <w:lang w:val="de-AT"/>
        </w:rPr>
        <w:t xml:space="preserve">, Rechtsberatung, technische Ausrüstung, Software, Fahrzeuge oder sonstige Leistungen sowie der voraussichtlich gebundenen Arbeitsstunden von </w:t>
      </w:r>
      <w:proofErr w:type="spellStart"/>
      <w:proofErr w:type="gramStart"/>
      <w:r w:rsidRPr="00677708">
        <w:rPr>
          <w:lang w:val="de-AT"/>
        </w:rPr>
        <w:t>Gemeindemitarbeiter:innen</w:t>
      </w:r>
      <w:proofErr w:type="spellEnd"/>
      <w:proofErr w:type="gramEnd"/>
      <w:r w:rsidRPr="00677708">
        <w:rPr>
          <w:lang w:val="de-AT"/>
        </w:rPr>
        <w:t>.</w:t>
      </w:r>
    </w:p>
    <w:tbl>
      <w:tblPr>
        <w:tblW w:w="0" w:type="auto"/>
        <w:jc w:val="center"/>
        <w:tblLook w:val="04A0" w:firstRow="1" w:lastRow="0" w:firstColumn="1" w:lastColumn="0" w:noHBand="0" w:noVBand="1"/>
      </w:tblPr>
      <w:tblGrid>
        <w:gridCol w:w="9278"/>
      </w:tblGrid>
      <w:tr w:rsidR="00311589" w:rsidRPr="00677708" w14:paraId="6FD6A8E8" w14:textId="77777777">
        <w:trPr>
          <w:jc w:val="center"/>
        </w:trPr>
        <w:tc>
          <w:tcPr>
            <w:tcW w:w="9298" w:type="dxa"/>
            <w:tcBorders>
              <w:top w:val="single" w:sz="8" w:space="0" w:color="D0D0D0"/>
              <w:left w:val="single" w:sz="8" w:space="0" w:color="D0D0D0"/>
              <w:bottom w:val="single" w:sz="8" w:space="0" w:color="D0D0D0"/>
              <w:right w:val="single" w:sz="8" w:space="0" w:color="D0D0D0"/>
            </w:tcBorders>
            <w:shd w:val="clear" w:color="auto" w:fill="F2F2F2"/>
          </w:tcPr>
          <w:p w14:paraId="68C53031" w14:textId="77777777" w:rsidR="00311589" w:rsidRPr="00677708" w:rsidRDefault="003948DE">
            <w:pPr>
              <w:spacing w:before="40" w:after="40"/>
              <w:rPr>
                <w:lang w:val="de-AT"/>
              </w:rPr>
            </w:pPr>
            <w:r w:rsidRPr="00677708">
              <w:rPr>
                <w:b/>
                <w:color w:val="333333"/>
                <w:sz w:val="20"/>
                <w:lang w:val="de-AT"/>
              </w:rPr>
              <w:t>Frage an die Gemeinde / Behörde: Welche internen und externen Kosten verursacht die geplante Maßnahme insgesamt?</w:t>
            </w:r>
          </w:p>
        </w:tc>
      </w:tr>
    </w:tbl>
    <w:p w14:paraId="191AB5B5" w14:textId="77777777" w:rsidR="00311589" w:rsidRPr="00677708" w:rsidRDefault="003948DE">
      <w:pPr>
        <w:pStyle w:val="berschrift2"/>
        <w:rPr>
          <w:lang w:val="de-AT"/>
        </w:rPr>
      </w:pPr>
      <w:r w:rsidRPr="00677708">
        <w:rPr>
          <w:rFonts w:ascii="Arial" w:eastAsia="Arial" w:hAnsi="Arial"/>
          <w:lang w:val="de-AT"/>
        </w:rPr>
        <w:t>12. Mit welchem finanziellen Ergebnis rechnet die Gemeinde?</w:t>
      </w:r>
    </w:p>
    <w:p w14:paraId="30B9AA1C" w14:textId="77777777" w:rsidR="00311589" w:rsidRPr="00677708" w:rsidRDefault="003948DE">
      <w:pPr>
        <w:rPr>
          <w:lang w:val="de-AT"/>
        </w:rPr>
      </w:pPr>
      <w:r w:rsidRPr="00677708">
        <w:rPr>
          <w:lang w:val="de-AT"/>
        </w:rPr>
        <w:t>Bitte geben Sie bekannt, mit welchen zusätzlichen Einnahmen aus Wasser- und Kanalgebühren die Gemeinde aufgrund dieser Aktion rechnet.</w:t>
      </w:r>
    </w:p>
    <w:p w14:paraId="5DBFC757" w14:textId="77777777" w:rsidR="00311589" w:rsidRPr="00677708" w:rsidRDefault="003948DE">
      <w:pPr>
        <w:rPr>
          <w:lang w:val="de-AT"/>
        </w:rPr>
      </w:pPr>
      <w:r w:rsidRPr="00677708">
        <w:rPr>
          <w:lang w:val="de-AT"/>
        </w:rPr>
        <w:t>Da nicht ausgeschlossen werden kann, dass in einzelnen Fällen keine Nachzahlungen entstehen oder sich bei aufgelassenen Wasserentnahmestellen sogar Reduktionen ergeben könnten, ersuche ich um Darstellung, ob die Gemeinde eine Kosten-Nutzen-Rechnung erstellt hat.</w:t>
      </w:r>
    </w:p>
    <w:tbl>
      <w:tblPr>
        <w:tblW w:w="0" w:type="auto"/>
        <w:jc w:val="center"/>
        <w:tblLook w:val="04A0" w:firstRow="1" w:lastRow="0" w:firstColumn="1" w:lastColumn="0" w:noHBand="0" w:noVBand="1"/>
      </w:tblPr>
      <w:tblGrid>
        <w:gridCol w:w="9278"/>
      </w:tblGrid>
      <w:tr w:rsidR="00311589" w:rsidRPr="00677708" w14:paraId="7947B3F5" w14:textId="77777777">
        <w:trPr>
          <w:jc w:val="center"/>
        </w:trPr>
        <w:tc>
          <w:tcPr>
            <w:tcW w:w="9298" w:type="dxa"/>
            <w:tcBorders>
              <w:top w:val="single" w:sz="8" w:space="0" w:color="D0D0D0"/>
              <w:left w:val="single" w:sz="8" w:space="0" w:color="D0D0D0"/>
              <w:bottom w:val="single" w:sz="8" w:space="0" w:color="D0D0D0"/>
              <w:right w:val="single" w:sz="8" w:space="0" w:color="D0D0D0"/>
            </w:tcBorders>
            <w:shd w:val="clear" w:color="auto" w:fill="F2F2F2"/>
          </w:tcPr>
          <w:p w14:paraId="214F4646" w14:textId="77777777" w:rsidR="00311589" w:rsidRPr="00677708" w:rsidRDefault="003948DE">
            <w:pPr>
              <w:spacing w:before="40" w:after="40"/>
              <w:rPr>
                <w:lang w:val="de-AT"/>
              </w:rPr>
            </w:pPr>
            <w:r w:rsidRPr="00677708">
              <w:rPr>
                <w:b/>
                <w:color w:val="333333"/>
                <w:sz w:val="20"/>
                <w:lang w:val="de-AT"/>
              </w:rPr>
              <w:t>Frage an die Gemeinde / Behörde: Mit welchem voraussichtlichen Nettoergebnis rechnet die Gemeinde nach Abzug sämtlicher interner und externer Kosten?</w:t>
            </w:r>
          </w:p>
        </w:tc>
      </w:tr>
    </w:tbl>
    <w:p w14:paraId="4ECFB79D" w14:textId="77777777" w:rsidR="00311589" w:rsidRPr="00677708" w:rsidRDefault="003948DE">
      <w:pPr>
        <w:pStyle w:val="berschrift2"/>
        <w:rPr>
          <w:lang w:val="de-AT"/>
        </w:rPr>
      </w:pPr>
      <w:r w:rsidRPr="00677708">
        <w:rPr>
          <w:rFonts w:ascii="Arial" w:eastAsia="Arial" w:hAnsi="Arial"/>
          <w:lang w:val="de-AT"/>
        </w:rPr>
        <w:t>13. Wie wird eine einheitliche, sachliche und unbeeinflusste Vollziehung sichergestellt?</w:t>
      </w:r>
    </w:p>
    <w:p w14:paraId="11C3D462" w14:textId="77777777" w:rsidR="00311589" w:rsidRPr="00677708" w:rsidRDefault="003948DE">
      <w:pPr>
        <w:rPr>
          <w:lang w:val="de-AT"/>
        </w:rPr>
      </w:pPr>
      <w:r w:rsidRPr="00677708">
        <w:rPr>
          <w:lang w:val="de-AT"/>
        </w:rPr>
        <w:t>Gerade in einer Gemeinde, in der sich viele Menschen persönlich kennen, ist es besonders wichtig, dass behördliche Maßnahmen nach klaren, einheitlichen und überprüfbaren Kriterien erfolgen.</w:t>
      </w:r>
    </w:p>
    <w:p w14:paraId="20B77EFB" w14:textId="77777777" w:rsidR="00311589" w:rsidRPr="00677708" w:rsidRDefault="003948DE">
      <w:pPr>
        <w:rPr>
          <w:lang w:val="de-AT"/>
        </w:rPr>
      </w:pPr>
      <w:r w:rsidRPr="00677708">
        <w:rPr>
          <w:lang w:val="de-AT"/>
        </w:rPr>
        <w:t>Ich ersuche daher um Bekanntgabe, welche Maßnahmen getroffen werden, um sicherzustellen, dass die Begehungen ausschließlich nach sachlichen Kriterien durchgeführt und bewertet werden.</w:t>
      </w:r>
    </w:p>
    <w:tbl>
      <w:tblPr>
        <w:tblW w:w="0" w:type="auto"/>
        <w:jc w:val="center"/>
        <w:tblLook w:val="04A0" w:firstRow="1" w:lastRow="0" w:firstColumn="1" w:lastColumn="0" w:noHBand="0" w:noVBand="1"/>
      </w:tblPr>
      <w:tblGrid>
        <w:gridCol w:w="9278"/>
      </w:tblGrid>
      <w:tr w:rsidR="00311589" w:rsidRPr="00677708" w14:paraId="229832B3" w14:textId="77777777">
        <w:trPr>
          <w:jc w:val="center"/>
        </w:trPr>
        <w:tc>
          <w:tcPr>
            <w:tcW w:w="9298" w:type="dxa"/>
            <w:tcBorders>
              <w:top w:val="single" w:sz="8" w:space="0" w:color="D0D0D0"/>
              <w:left w:val="single" w:sz="8" w:space="0" w:color="D0D0D0"/>
              <w:bottom w:val="single" w:sz="8" w:space="0" w:color="D0D0D0"/>
              <w:right w:val="single" w:sz="8" w:space="0" w:color="D0D0D0"/>
            </w:tcBorders>
            <w:shd w:val="clear" w:color="auto" w:fill="F2F2F2"/>
          </w:tcPr>
          <w:p w14:paraId="3A8F32AF" w14:textId="77777777" w:rsidR="00311589" w:rsidRPr="00677708" w:rsidRDefault="003948DE">
            <w:pPr>
              <w:spacing w:before="40" w:after="40"/>
              <w:rPr>
                <w:lang w:val="de-AT"/>
              </w:rPr>
            </w:pPr>
            <w:r w:rsidRPr="00677708">
              <w:rPr>
                <w:b/>
                <w:color w:val="333333"/>
                <w:sz w:val="20"/>
                <w:lang w:val="de-AT"/>
              </w:rPr>
              <w:t>Frage an die Gemeinde / Behörde: Gibt es einen schriftlichen Prüfleitfaden, ein standardisiertes Protokoll oder sonstige Vorgaben, die eine gleichmäßige, sachliche und überprüfbare Vollziehung sicherstellen?</w:t>
            </w:r>
          </w:p>
        </w:tc>
      </w:tr>
    </w:tbl>
    <w:p w14:paraId="43DDCFAC" w14:textId="77777777" w:rsidR="00311589" w:rsidRPr="00677708" w:rsidRDefault="003948DE">
      <w:pPr>
        <w:pStyle w:val="berschrift2"/>
        <w:rPr>
          <w:lang w:val="de-AT"/>
        </w:rPr>
      </w:pPr>
      <w:r w:rsidRPr="00677708">
        <w:rPr>
          <w:rFonts w:ascii="Arial" w:eastAsia="Arial" w:hAnsi="Arial"/>
          <w:lang w:val="de-AT"/>
        </w:rPr>
        <w:t xml:space="preserve">14. Welche Rechte haben die betroffenen </w:t>
      </w:r>
      <w:proofErr w:type="spellStart"/>
      <w:proofErr w:type="gramStart"/>
      <w:r w:rsidRPr="00677708">
        <w:rPr>
          <w:rFonts w:ascii="Arial" w:eastAsia="Arial" w:hAnsi="Arial"/>
          <w:lang w:val="de-AT"/>
        </w:rPr>
        <w:t>Bürger:innen</w:t>
      </w:r>
      <w:proofErr w:type="spellEnd"/>
      <w:proofErr w:type="gramEnd"/>
      <w:r w:rsidRPr="00677708">
        <w:rPr>
          <w:rFonts w:ascii="Arial" w:eastAsia="Arial" w:hAnsi="Arial"/>
          <w:lang w:val="de-AT"/>
        </w:rPr>
        <w:t xml:space="preserve"> während der Begehung?</w:t>
      </w:r>
    </w:p>
    <w:p w14:paraId="2F74E0BD" w14:textId="77777777" w:rsidR="00311589" w:rsidRDefault="003948DE">
      <w:pPr>
        <w:rPr>
          <w:lang w:val="de-AT"/>
        </w:rPr>
      </w:pPr>
      <w:r w:rsidRPr="00677708">
        <w:rPr>
          <w:lang w:val="de-AT"/>
        </w:rPr>
        <w:t xml:space="preserve">Bitte geben Sie bekannt, ob </w:t>
      </w:r>
      <w:proofErr w:type="spellStart"/>
      <w:proofErr w:type="gramStart"/>
      <w:r w:rsidRPr="00677708">
        <w:rPr>
          <w:lang w:val="de-AT"/>
        </w:rPr>
        <w:t>Bürger:innen</w:t>
      </w:r>
      <w:proofErr w:type="spellEnd"/>
      <w:proofErr w:type="gramEnd"/>
      <w:r w:rsidRPr="00677708">
        <w:rPr>
          <w:lang w:val="de-AT"/>
        </w:rPr>
        <w:t xml:space="preserve"> während der Begehung eine Vertrauensperson beiziehen dürfen, ob über die Begehung ein Protokoll erstellt wird, ob eine Ausfertigung dieses Protokolls übermittelt wird, ob </w:t>
      </w:r>
      <w:proofErr w:type="spellStart"/>
      <w:proofErr w:type="gramStart"/>
      <w:r w:rsidRPr="00677708">
        <w:rPr>
          <w:lang w:val="de-AT"/>
        </w:rPr>
        <w:t>Bürger:innen</w:t>
      </w:r>
      <w:proofErr w:type="spellEnd"/>
      <w:proofErr w:type="gramEnd"/>
      <w:r w:rsidRPr="00677708">
        <w:rPr>
          <w:lang w:val="de-AT"/>
        </w:rPr>
        <w:t xml:space="preserve"> zu allfälligen Feststellungen Stellung nehmen können und ob bzw. in welcher Form Einwendungen gegen Umfang oder Durchführung der Begehung möglich sind.</w:t>
      </w:r>
    </w:p>
    <w:p w14:paraId="4ECE137D" w14:textId="77777777" w:rsidR="00BE3807" w:rsidRDefault="00BE3807">
      <w:pPr>
        <w:rPr>
          <w:lang w:val="de-AT"/>
        </w:rPr>
      </w:pPr>
    </w:p>
    <w:p w14:paraId="58AC3BF6" w14:textId="77777777" w:rsidR="00BE3807" w:rsidRDefault="00BE3807">
      <w:pPr>
        <w:rPr>
          <w:lang w:val="de-AT"/>
        </w:rPr>
      </w:pPr>
    </w:p>
    <w:p w14:paraId="2A901FFC" w14:textId="77777777" w:rsidR="00BE3807" w:rsidRDefault="00BE3807">
      <w:pPr>
        <w:rPr>
          <w:lang w:val="de-AT"/>
        </w:rPr>
      </w:pPr>
    </w:p>
    <w:p w14:paraId="725C6D32" w14:textId="77777777" w:rsidR="00BE3807" w:rsidRPr="00677708" w:rsidRDefault="00BE3807">
      <w:pPr>
        <w:rPr>
          <w:lang w:val="de-AT"/>
        </w:rPr>
      </w:pPr>
    </w:p>
    <w:tbl>
      <w:tblPr>
        <w:tblW w:w="0" w:type="auto"/>
        <w:jc w:val="center"/>
        <w:tblLook w:val="04A0" w:firstRow="1" w:lastRow="0" w:firstColumn="1" w:lastColumn="0" w:noHBand="0" w:noVBand="1"/>
      </w:tblPr>
      <w:tblGrid>
        <w:gridCol w:w="9278"/>
      </w:tblGrid>
      <w:tr w:rsidR="00311589" w:rsidRPr="00677708" w14:paraId="3DBBCA79" w14:textId="77777777">
        <w:trPr>
          <w:jc w:val="center"/>
        </w:trPr>
        <w:tc>
          <w:tcPr>
            <w:tcW w:w="9298" w:type="dxa"/>
            <w:tcBorders>
              <w:top w:val="single" w:sz="8" w:space="0" w:color="D0D0D0"/>
              <w:left w:val="single" w:sz="8" w:space="0" w:color="D0D0D0"/>
              <w:bottom w:val="single" w:sz="8" w:space="0" w:color="D0D0D0"/>
              <w:right w:val="single" w:sz="8" w:space="0" w:color="D0D0D0"/>
            </w:tcBorders>
            <w:shd w:val="clear" w:color="auto" w:fill="F2F2F2"/>
          </w:tcPr>
          <w:p w14:paraId="31DE71AD" w14:textId="77777777" w:rsidR="00311589" w:rsidRPr="00677708" w:rsidRDefault="003948DE">
            <w:pPr>
              <w:spacing w:before="40" w:after="40"/>
              <w:rPr>
                <w:lang w:val="de-AT"/>
              </w:rPr>
            </w:pPr>
            <w:r w:rsidRPr="00677708">
              <w:rPr>
                <w:b/>
                <w:color w:val="333333"/>
                <w:sz w:val="20"/>
                <w:lang w:val="de-AT"/>
              </w:rPr>
              <w:lastRenderedPageBreak/>
              <w:t xml:space="preserve">Frage an die Gemeinde / Behörde: Welche Rechte haben </w:t>
            </w:r>
            <w:proofErr w:type="spellStart"/>
            <w:proofErr w:type="gramStart"/>
            <w:r w:rsidRPr="00677708">
              <w:rPr>
                <w:b/>
                <w:color w:val="333333"/>
                <w:sz w:val="20"/>
                <w:lang w:val="de-AT"/>
              </w:rPr>
              <w:t>Bürger:innen</w:t>
            </w:r>
            <w:proofErr w:type="spellEnd"/>
            <w:proofErr w:type="gramEnd"/>
            <w:r w:rsidRPr="00677708">
              <w:rPr>
                <w:b/>
                <w:color w:val="333333"/>
                <w:sz w:val="20"/>
                <w:lang w:val="de-AT"/>
              </w:rPr>
              <w:t xml:space="preserve"> während und nach der Begehung, insbesondere hinsichtlich Vertrauensperson, Protokoll und Stellungnahme?</w:t>
            </w:r>
          </w:p>
        </w:tc>
      </w:tr>
    </w:tbl>
    <w:p w14:paraId="68534884" w14:textId="77777777" w:rsidR="00311589" w:rsidRPr="00677708" w:rsidRDefault="003948DE">
      <w:pPr>
        <w:pStyle w:val="berschrift2"/>
        <w:rPr>
          <w:lang w:val="de-AT"/>
        </w:rPr>
      </w:pPr>
      <w:r w:rsidRPr="00677708">
        <w:rPr>
          <w:rFonts w:ascii="Arial" w:eastAsia="Arial" w:hAnsi="Arial"/>
          <w:lang w:val="de-AT"/>
        </w:rPr>
        <w:t>15. Was bedeutet es, wenn vorab ein vollständiger Erhebungsbogen übermittelt wird?</w:t>
      </w:r>
    </w:p>
    <w:p w14:paraId="5E11D182" w14:textId="77777777" w:rsidR="00311589" w:rsidRPr="00677708" w:rsidRDefault="003948DE">
      <w:pPr>
        <w:rPr>
          <w:lang w:val="de-AT"/>
        </w:rPr>
      </w:pPr>
      <w:r w:rsidRPr="00677708">
        <w:rPr>
          <w:lang w:val="de-AT"/>
        </w:rPr>
        <w:t>Sollte die Gemeinde einen Erhebungsbogen zur Verfügung stellen oder eine schriftliche Bekanntgabe der Wasserentnahmestellen ermöglichen, ersuche ich um Beantwortung, ob bei vollständiger und nachvollziehbarer Bekanntgabe der abgabenrelevanten Informationen auf eine Begehung verzichtet wird.</w:t>
      </w:r>
    </w:p>
    <w:p w14:paraId="6C9F5518" w14:textId="77777777" w:rsidR="00311589" w:rsidRPr="00677708" w:rsidRDefault="003948DE">
      <w:pPr>
        <w:rPr>
          <w:lang w:val="de-AT"/>
        </w:rPr>
      </w:pPr>
      <w:r w:rsidRPr="00677708">
        <w:rPr>
          <w:lang w:val="de-AT"/>
        </w:rPr>
        <w:t>Falls nein, ersuche ich um Begründung, weshalb trotz vollständiger schriftlicher Auskunft weiterhin eine Begehung erforderlich sein soll.</w:t>
      </w:r>
    </w:p>
    <w:p w14:paraId="37907700" w14:textId="77777777" w:rsidR="00311589" w:rsidRPr="00677708" w:rsidRDefault="003948DE">
      <w:pPr>
        <w:rPr>
          <w:lang w:val="de-AT"/>
        </w:rPr>
      </w:pPr>
      <w:r w:rsidRPr="00677708">
        <w:rPr>
          <w:lang w:val="de-AT"/>
        </w:rPr>
        <w:t xml:space="preserve">Eine solche Vorgangsweise wäre aus Sicht vieler </w:t>
      </w:r>
      <w:proofErr w:type="spellStart"/>
      <w:proofErr w:type="gramStart"/>
      <w:r w:rsidRPr="00677708">
        <w:rPr>
          <w:lang w:val="de-AT"/>
        </w:rPr>
        <w:t>Bürger:innen</w:t>
      </w:r>
      <w:proofErr w:type="spellEnd"/>
      <w:proofErr w:type="gramEnd"/>
      <w:r w:rsidRPr="00677708">
        <w:rPr>
          <w:lang w:val="de-AT"/>
        </w:rPr>
        <w:t xml:space="preserve"> nur schwer nachvollziehbar, weil sie den Eindruck erwecken könnte, dass der Gemeinde selbst nach vollständiger Auskunft ihrer </w:t>
      </w:r>
      <w:proofErr w:type="spellStart"/>
      <w:proofErr w:type="gramStart"/>
      <w:r w:rsidRPr="00677708">
        <w:rPr>
          <w:lang w:val="de-AT"/>
        </w:rPr>
        <w:t>Bürger:innen</w:t>
      </w:r>
      <w:proofErr w:type="spellEnd"/>
      <w:proofErr w:type="gramEnd"/>
      <w:r w:rsidRPr="00677708">
        <w:rPr>
          <w:lang w:val="de-AT"/>
        </w:rPr>
        <w:t xml:space="preserve"> kein ausreichendes Vertrauen in deren Angaben entgegenbringt.</w:t>
      </w:r>
    </w:p>
    <w:tbl>
      <w:tblPr>
        <w:tblW w:w="0" w:type="auto"/>
        <w:jc w:val="center"/>
        <w:tblLook w:val="04A0" w:firstRow="1" w:lastRow="0" w:firstColumn="1" w:lastColumn="0" w:noHBand="0" w:noVBand="1"/>
      </w:tblPr>
      <w:tblGrid>
        <w:gridCol w:w="9278"/>
      </w:tblGrid>
      <w:tr w:rsidR="00311589" w14:paraId="66A1616F" w14:textId="77777777">
        <w:trPr>
          <w:jc w:val="center"/>
        </w:trPr>
        <w:tc>
          <w:tcPr>
            <w:tcW w:w="9298" w:type="dxa"/>
            <w:tcBorders>
              <w:top w:val="single" w:sz="8" w:space="0" w:color="D0D0D0"/>
              <w:left w:val="single" w:sz="8" w:space="0" w:color="D0D0D0"/>
              <w:bottom w:val="single" w:sz="8" w:space="0" w:color="D0D0D0"/>
              <w:right w:val="single" w:sz="8" w:space="0" w:color="D0D0D0"/>
            </w:tcBorders>
            <w:shd w:val="clear" w:color="auto" w:fill="F2F2F2"/>
          </w:tcPr>
          <w:p w14:paraId="3C320973" w14:textId="77777777" w:rsidR="00311589" w:rsidRDefault="003948DE">
            <w:pPr>
              <w:spacing w:before="40" w:after="40"/>
            </w:pPr>
            <w:r w:rsidRPr="00677708">
              <w:rPr>
                <w:b/>
                <w:color w:val="333333"/>
                <w:sz w:val="20"/>
                <w:lang w:val="de-AT"/>
              </w:rPr>
              <w:t xml:space="preserve">Frage an die Gemeinde / Behörde: Wird bei vollständiger schriftlicher Bekanntgabe der abgabenrelevanten Informationen auf eine Begehung verzichtet? </w:t>
            </w:r>
            <w:r>
              <w:rPr>
                <w:b/>
                <w:color w:val="333333"/>
                <w:sz w:val="20"/>
              </w:rPr>
              <w:t xml:space="preserve">Falls </w:t>
            </w:r>
            <w:proofErr w:type="spellStart"/>
            <w:r>
              <w:rPr>
                <w:b/>
                <w:color w:val="333333"/>
                <w:sz w:val="20"/>
              </w:rPr>
              <w:t>nein</w:t>
            </w:r>
            <w:proofErr w:type="spellEnd"/>
            <w:r>
              <w:rPr>
                <w:b/>
                <w:color w:val="333333"/>
                <w:sz w:val="20"/>
              </w:rPr>
              <w:t xml:space="preserve">: </w:t>
            </w:r>
            <w:proofErr w:type="spellStart"/>
            <w:r>
              <w:rPr>
                <w:b/>
                <w:color w:val="333333"/>
                <w:sz w:val="20"/>
              </w:rPr>
              <w:t>Warum</w:t>
            </w:r>
            <w:proofErr w:type="spellEnd"/>
            <w:r>
              <w:rPr>
                <w:b/>
                <w:color w:val="333333"/>
                <w:sz w:val="20"/>
              </w:rPr>
              <w:t xml:space="preserve"> nicht?</w:t>
            </w:r>
          </w:p>
        </w:tc>
      </w:tr>
    </w:tbl>
    <w:p w14:paraId="5823C54D" w14:textId="77777777" w:rsidR="00311589" w:rsidRDefault="00311589"/>
    <w:p w14:paraId="6F54FCFA" w14:textId="77777777" w:rsidR="00311589" w:rsidRPr="00677708" w:rsidRDefault="003948DE">
      <w:pPr>
        <w:spacing w:after="140"/>
        <w:rPr>
          <w:lang w:val="de-AT"/>
        </w:rPr>
      </w:pPr>
      <w:r w:rsidRPr="00677708">
        <w:rPr>
          <w:lang w:val="de-AT"/>
        </w:rPr>
        <w:t>Sehr geehrte Damen und Herren, ich ersuche um Verständnis, dass ich vor einer allfälligen Begehung eine klare schriftliche Beantwortung dieser Fragen für erforderlich halte.</w:t>
      </w:r>
    </w:p>
    <w:p w14:paraId="2A79F324" w14:textId="77777777" w:rsidR="00311589" w:rsidRPr="00677708" w:rsidRDefault="003948DE">
      <w:pPr>
        <w:spacing w:after="140"/>
        <w:rPr>
          <w:lang w:val="de-AT"/>
        </w:rPr>
      </w:pPr>
      <w:r w:rsidRPr="00677708">
        <w:rPr>
          <w:lang w:val="de-AT"/>
        </w:rPr>
        <w:t xml:space="preserve">Bis zur Beantwortung ersuche ich höflich um </w:t>
      </w:r>
      <w:proofErr w:type="spellStart"/>
      <w:r w:rsidRPr="00677708">
        <w:rPr>
          <w:lang w:val="de-AT"/>
        </w:rPr>
        <w:t>Abstandnahme</w:t>
      </w:r>
      <w:proofErr w:type="spellEnd"/>
      <w:r w:rsidRPr="00677708">
        <w:rPr>
          <w:lang w:val="de-AT"/>
        </w:rPr>
        <w:t xml:space="preserve"> von einer Terminansetzung bzw. um entsprechende Verschiebung eines bereits angekündigten Termins.</w:t>
      </w:r>
    </w:p>
    <w:p w14:paraId="23716A58" w14:textId="77777777" w:rsidR="00311589" w:rsidRPr="00677708" w:rsidRDefault="003948DE">
      <w:pPr>
        <w:spacing w:after="140"/>
        <w:rPr>
          <w:lang w:val="de-AT"/>
        </w:rPr>
      </w:pPr>
      <w:r w:rsidRPr="00677708">
        <w:rPr>
          <w:lang w:val="de-AT"/>
        </w:rPr>
        <w:t>Ich halte ausdrücklich fest, dass dieses Schreiben keine grundsätzliche Verweigerung gesetzlich gedeckter Mitwirkungspflichten darstellt. Es dient vielmehr der Klärung, ob, in welchem Umfang und auf welcher Rechtsgrundlage eine Begehung meiner Liegenschaft erfolgen soll.</w:t>
      </w:r>
    </w:p>
    <w:p w14:paraId="510989A2" w14:textId="77777777" w:rsidR="00311589" w:rsidRPr="00677708" w:rsidRDefault="003948DE">
      <w:pPr>
        <w:spacing w:after="140"/>
        <w:rPr>
          <w:lang w:val="de-AT"/>
        </w:rPr>
      </w:pPr>
      <w:r w:rsidRPr="00677708">
        <w:rPr>
          <w:lang w:val="de-AT"/>
        </w:rPr>
        <w:t>Für eine schriftliche Rückmeldung danke ich im Voraus.</w:t>
      </w:r>
    </w:p>
    <w:p w14:paraId="75F1F99E" w14:textId="77777777" w:rsidR="00311589" w:rsidRPr="00677708" w:rsidRDefault="003948DE">
      <w:pPr>
        <w:rPr>
          <w:lang w:val="de-AT"/>
        </w:rPr>
      </w:pPr>
      <w:r w:rsidRPr="00677708">
        <w:rPr>
          <w:lang w:val="de-AT"/>
        </w:rPr>
        <w:t>Mit freundlichen Grüßen</w:t>
      </w:r>
    </w:p>
    <w:p w14:paraId="5F022692" w14:textId="77777777" w:rsidR="00311589" w:rsidRPr="00677708" w:rsidRDefault="00311589">
      <w:pPr>
        <w:rPr>
          <w:lang w:val="de-AT"/>
        </w:rPr>
      </w:pPr>
    </w:p>
    <w:p w14:paraId="708E98C3" w14:textId="77777777" w:rsidR="00311589" w:rsidRPr="00677708" w:rsidRDefault="00311589">
      <w:pPr>
        <w:rPr>
          <w:lang w:val="de-AT"/>
        </w:rPr>
      </w:pPr>
    </w:p>
    <w:p w14:paraId="298755FF" w14:textId="77777777" w:rsidR="00311589" w:rsidRPr="00677708" w:rsidRDefault="003948DE">
      <w:pPr>
        <w:rPr>
          <w:lang w:val="de-AT"/>
        </w:rPr>
      </w:pPr>
      <w:r w:rsidRPr="00677708">
        <w:rPr>
          <w:i/>
          <w:color w:val="666666"/>
          <w:lang w:val="de-AT"/>
        </w:rPr>
        <w:t>[Unterschrift / Name]</w:t>
      </w:r>
    </w:p>
    <w:p w14:paraId="47FAD381" w14:textId="77777777" w:rsidR="00311589" w:rsidRPr="00677708" w:rsidRDefault="00311589">
      <w:pPr>
        <w:rPr>
          <w:lang w:val="de-AT"/>
        </w:rPr>
      </w:pPr>
    </w:p>
    <w:p w14:paraId="2552283C" w14:textId="41BA56E6" w:rsidR="00311589" w:rsidRPr="00677708" w:rsidRDefault="003948DE">
      <w:pPr>
        <w:rPr>
          <w:lang w:val="de-AT"/>
        </w:rPr>
      </w:pPr>
      <w:r w:rsidRPr="00677708">
        <w:rPr>
          <w:b/>
          <w:lang w:val="de-AT"/>
        </w:rPr>
        <w:t xml:space="preserve">Beilagen optional: </w:t>
      </w:r>
      <w:r w:rsidRPr="00677708">
        <w:rPr>
          <w:i/>
          <w:color w:val="666666"/>
          <w:lang w:val="de-AT"/>
        </w:rPr>
        <w:t>[z.B. Kopie der Ankündigung / Schreiben der Gemeinde / Vollmacht]</w:t>
      </w:r>
    </w:p>
    <w:sectPr w:rsidR="00311589" w:rsidRPr="00677708" w:rsidSect="00BE3807">
      <w:headerReference w:type="default" r:id="rId8"/>
      <w:footerReference w:type="default" r:id="rId9"/>
      <w:pgSz w:w="11906" w:h="16838"/>
      <w:pgMar w:top="1560" w:right="1247" w:bottom="1843"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BA495" w14:textId="77777777" w:rsidR="00C5480B" w:rsidRDefault="00C5480B">
      <w:pPr>
        <w:spacing w:after="0" w:line="240" w:lineRule="auto"/>
      </w:pPr>
      <w:r>
        <w:separator/>
      </w:r>
    </w:p>
  </w:endnote>
  <w:endnote w:type="continuationSeparator" w:id="0">
    <w:p w14:paraId="4FEC5A00" w14:textId="77777777" w:rsidR="00C5480B" w:rsidRDefault="00C54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5C5A6" w14:textId="77777777" w:rsidR="00311589" w:rsidRDefault="003948DE">
    <w:pPr>
      <w:pStyle w:val="Fuzeile"/>
      <w:jc w:val="center"/>
    </w:pPr>
    <w:proofErr w:type="spellStart"/>
    <w:r>
      <w:rPr>
        <w:color w:val="666666"/>
        <w:sz w:val="16"/>
      </w:rPr>
      <w:t>Seite</w:t>
    </w:r>
    <w:proofErr w:type="spellEnd"/>
    <w:r>
      <w:rPr>
        <w:color w:val="666666"/>
        <w:sz w:val="16"/>
      </w:rPr>
      <w:t xml:space="preserve"> </w:t>
    </w:r>
    <w:r>
      <w:rPr>
        <w:color w:val="666666"/>
        <w:sz w:val="16"/>
      </w:rPr>
      <w:fldChar w:fldCharType="begin"/>
    </w:r>
    <w:r>
      <w:rPr>
        <w:color w:val="666666"/>
        <w:sz w:val="16"/>
      </w:rPr>
      <w:instrText>PAGE</w:instrText>
    </w:r>
    <w:r>
      <w:rPr>
        <w:color w:val="666666"/>
        <w:sz w:val="16"/>
      </w:rPr>
      <w:fldChar w:fldCharType="separate"/>
    </w:r>
    <w:r>
      <w:rPr>
        <w:color w:val="666666"/>
        <w:sz w:val="16"/>
      </w:rPr>
      <w:t>1</w:t>
    </w:r>
    <w:r>
      <w:rPr>
        <w:color w:val="666666"/>
        <w:sz w:val="16"/>
      </w:rPr>
      <w:fldChar w:fldCharType="end"/>
    </w:r>
    <w:r>
      <w:rPr>
        <w:color w:val="666666"/>
        <w:sz w:val="16"/>
      </w:rPr>
      <w:t xml:space="preserve"> von </w:t>
    </w:r>
    <w:r>
      <w:rPr>
        <w:color w:val="666666"/>
        <w:sz w:val="16"/>
      </w:rPr>
      <w:fldChar w:fldCharType="begin"/>
    </w:r>
    <w:r>
      <w:rPr>
        <w:color w:val="666666"/>
        <w:sz w:val="16"/>
      </w:rPr>
      <w:instrText>NUMPAGES</w:instrText>
    </w:r>
    <w:r>
      <w:rPr>
        <w:color w:val="666666"/>
        <w:sz w:val="16"/>
      </w:rPr>
      <w:fldChar w:fldCharType="separate"/>
    </w:r>
    <w:r>
      <w:rPr>
        <w:color w:val="666666"/>
        <w:sz w:val="16"/>
      </w:rPr>
      <w:t>1</w:t>
    </w:r>
    <w:r>
      <w:rPr>
        <w:color w:val="66666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57AD8" w14:textId="77777777" w:rsidR="00C5480B" w:rsidRDefault="00C5480B">
      <w:pPr>
        <w:spacing w:after="0" w:line="240" w:lineRule="auto"/>
      </w:pPr>
      <w:r>
        <w:separator/>
      </w:r>
    </w:p>
  </w:footnote>
  <w:footnote w:type="continuationSeparator" w:id="0">
    <w:p w14:paraId="548CB370" w14:textId="77777777" w:rsidR="00C5480B" w:rsidRDefault="00C548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38F95" w14:textId="306D5EB4" w:rsidR="00311589" w:rsidRDefault="00371AB9">
    <w:pPr>
      <w:pStyle w:val="Kopfzeile"/>
      <w:jc w:val="right"/>
    </w:pPr>
    <w:proofErr w:type="spellStart"/>
    <w:r>
      <w:rPr>
        <w:color w:val="777777"/>
        <w:sz w:val="17"/>
      </w:rPr>
      <w:t>angekündigte</w:t>
    </w:r>
    <w:proofErr w:type="spellEnd"/>
    <w:r w:rsidR="003948DE">
      <w:rPr>
        <w:color w:val="777777"/>
        <w:sz w:val="17"/>
      </w:rPr>
      <w:t xml:space="preserve"> </w:t>
    </w:r>
    <w:proofErr w:type="spellStart"/>
    <w:r w:rsidR="003948DE">
      <w:rPr>
        <w:color w:val="777777"/>
        <w:sz w:val="17"/>
      </w:rPr>
      <w:t>Begehung</w:t>
    </w:r>
    <w:proofErr w:type="spellEnd"/>
    <w:r w:rsidR="003948DE">
      <w:rPr>
        <w:color w:val="777777"/>
        <w:sz w:val="17"/>
      </w:rPr>
      <w:t xml:space="preserve"> / </w:t>
    </w:r>
    <w:proofErr w:type="spellStart"/>
    <w:r w:rsidR="003948DE">
      <w:rPr>
        <w:color w:val="777777"/>
        <w:sz w:val="17"/>
      </w:rPr>
      <w:t>Kontrolle</w:t>
    </w:r>
    <w:proofErr w:type="spellEnd"/>
    <w:r w:rsidR="003948DE">
      <w:rPr>
        <w:color w:val="777777"/>
        <w:sz w:val="17"/>
      </w:rPr>
      <w:t xml:space="preserve"> </w:t>
    </w:r>
    <w:proofErr w:type="spellStart"/>
    <w:r w:rsidR="003948DE">
      <w:rPr>
        <w:color w:val="777777"/>
        <w:sz w:val="17"/>
      </w:rPr>
      <w:t>einer</w:t>
    </w:r>
    <w:proofErr w:type="spellEnd"/>
    <w:r w:rsidR="003948DE">
      <w:rPr>
        <w:color w:val="777777"/>
        <w:sz w:val="17"/>
      </w:rPr>
      <w:t xml:space="preserve"> </w:t>
    </w:r>
    <w:proofErr w:type="spellStart"/>
    <w:r w:rsidR="003948DE">
      <w:rPr>
        <w:color w:val="777777"/>
        <w:sz w:val="17"/>
      </w:rPr>
      <w:t>Liegenschaft</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2139562437">
    <w:abstractNumId w:val="8"/>
  </w:num>
  <w:num w:numId="2" w16cid:durableId="701438730">
    <w:abstractNumId w:val="6"/>
  </w:num>
  <w:num w:numId="3" w16cid:durableId="723915350">
    <w:abstractNumId w:val="5"/>
  </w:num>
  <w:num w:numId="4" w16cid:durableId="799346389">
    <w:abstractNumId w:val="4"/>
  </w:num>
  <w:num w:numId="5" w16cid:durableId="2135710415">
    <w:abstractNumId w:val="7"/>
  </w:num>
  <w:num w:numId="6" w16cid:durableId="162666760">
    <w:abstractNumId w:val="3"/>
  </w:num>
  <w:num w:numId="7" w16cid:durableId="1236892072">
    <w:abstractNumId w:val="2"/>
  </w:num>
  <w:num w:numId="8" w16cid:durableId="1538808245">
    <w:abstractNumId w:val="1"/>
  </w:num>
  <w:num w:numId="9" w16cid:durableId="1134980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89C"/>
    <w:rsid w:val="0006063C"/>
    <w:rsid w:val="0015074B"/>
    <w:rsid w:val="0029639D"/>
    <w:rsid w:val="00311589"/>
    <w:rsid w:val="00326F90"/>
    <w:rsid w:val="00371AB9"/>
    <w:rsid w:val="003948DE"/>
    <w:rsid w:val="00414261"/>
    <w:rsid w:val="00677708"/>
    <w:rsid w:val="00812383"/>
    <w:rsid w:val="009C1151"/>
    <w:rsid w:val="00AA1D8D"/>
    <w:rsid w:val="00B47730"/>
    <w:rsid w:val="00BA72E4"/>
    <w:rsid w:val="00BE3807"/>
    <w:rsid w:val="00C5480B"/>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1D82259-146B-4A63-B24F-941E4E9BF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20" w:line="259" w:lineRule="auto"/>
    </w:pPr>
    <w:rPr>
      <w:rFonts w:ascii="Arial" w:eastAsia="Arial" w:hAnsi="Arial"/>
      <w:sz w:val="21"/>
    </w:rPr>
  </w:style>
  <w:style w:type="paragraph" w:styleId="berschrift1">
    <w:name w:val="heading 1"/>
    <w:basedOn w:val="Standard"/>
    <w:next w:val="Standard"/>
    <w:link w:val="berschrift1Zchn"/>
    <w:uiPriority w:val="9"/>
    <w:qFormat/>
    <w:rsid w:val="00FC693F"/>
    <w:pPr>
      <w:keepNext/>
      <w:keepLines/>
      <w:spacing w:before="240" w:after="80"/>
      <w:outlineLvl w:val="0"/>
    </w:pPr>
    <w:rPr>
      <w:rFonts w:asciiTheme="majorHAnsi" w:eastAsiaTheme="majorEastAsia" w:hAnsiTheme="majorHAnsi" w:cstheme="majorBidi"/>
      <w:b/>
      <w:bCs/>
      <w:color w:val="333333"/>
      <w:sz w:val="28"/>
      <w:szCs w:val="28"/>
    </w:rPr>
  </w:style>
  <w:style w:type="paragraph" w:styleId="berschrift2">
    <w:name w:val="heading 2"/>
    <w:basedOn w:val="Standard"/>
    <w:next w:val="Standard"/>
    <w:link w:val="berschrift2Zchn"/>
    <w:uiPriority w:val="9"/>
    <w:unhideWhenUsed/>
    <w:qFormat/>
    <w:rsid w:val="00FC693F"/>
    <w:pPr>
      <w:keepNext/>
      <w:keepLines/>
      <w:spacing w:before="240" w:after="80"/>
      <w:outlineLvl w:val="1"/>
    </w:pPr>
    <w:rPr>
      <w:rFonts w:asciiTheme="majorHAnsi" w:eastAsiaTheme="majorEastAsia" w:hAnsiTheme="majorHAnsi" w:cstheme="majorBidi"/>
      <w:b/>
      <w:bCs/>
      <w:color w:val="333333"/>
      <w:sz w:val="23"/>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333333"/>
      <w:spacing w:val="5"/>
      <w:kern w:val="28"/>
      <w:sz w:val="36"/>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666666"/>
      <w:spacing w:val="15"/>
      <w:sz w:val="20"/>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ind w:left="360"/>
      <w:contextualSpacing/>
    </w:pPr>
  </w:style>
  <w:style w:type="paragraph" w:styleId="Listenfortsetzung2">
    <w:name w:val="List Continue 2"/>
    <w:basedOn w:val="Standard"/>
    <w:uiPriority w:val="99"/>
    <w:unhideWhenUsed/>
    <w:rsid w:val="0029639D"/>
    <w:pPr>
      <w:ind w:left="720"/>
      <w:contextualSpacing/>
    </w:pPr>
  </w:style>
  <w:style w:type="paragraph" w:styleId="Listenfortsetzung3">
    <w:name w:val="List Continue 3"/>
    <w:basedOn w:val="Standard"/>
    <w:uiPriority w:val="99"/>
    <w:unhideWhenUsed/>
    <w:rsid w:val="0029639D"/>
    <w:pPr>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sfllhinweis">
    <w:name w:val="Ausfüllhinweis"/>
    <w:basedOn w:val="Standard"/>
    <w:pPr>
      <w:spacing w:after="80"/>
    </w:pPr>
    <w:rPr>
      <w:i/>
      <w:color w:val="55555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1531</Words>
  <Characters>10427</Characters>
  <Application>Microsoft Office Word</Application>
  <DocSecurity>0</DocSecurity>
  <Lines>186</Lines>
  <Paragraphs>79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Musterbrief Begehung Kontrolle Liegenschaft Gemeinde Niederösterreich</vt:lpstr>
      <vt:lpstr/>
    </vt:vector>
  </TitlesOfParts>
  <Manager/>
  <Company/>
  <LinksUpToDate>false</LinksUpToDate>
  <CharactersWithSpaces>11879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Musterbrief Begehung Kontrolle Liegenschaft Gemeinde Niederösterreich</dc:title>
  <dc:subject>Wordvorlage für Auskunftsersuchen vor Liegenschaftsbegehung</dc:subject>
  <dc:creator>NEOSStAW</dc:creator>
  <cp:keywords/>
  <dc:description>Erstellt als Musterbriefvorlage; Platzhalter bitte ersetzen.</dc:description>
  <cp:lastModifiedBy>Robert Heinze</cp:lastModifiedBy>
  <cp:revision>3</cp:revision>
  <dcterms:created xsi:type="dcterms:W3CDTF">2026-05-04T09:42:00Z</dcterms:created>
  <dcterms:modified xsi:type="dcterms:W3CDTF">2026-05-04T10:00:00Z</dcterms:modified>
  <cp:category/>
</cp:coreProperties>
</file>